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rFonts w:ascii="Arial" w:hAnsi="Arial"/>
          <w:b/>
          <w:i w:val="0"/>
          <w:color w:val="8E4634"/>
          <w:sz w:val="22"/>
        </w:rPr>
        <w:t>PROJECT WEST</w:t>
      </w:r>
    </w:p>
    <w:p>
      <w:pPr>
        <w:spacing w:after="40"/>
        <w:jc w:val="center"/>
      </w:pPr>
      <w:r>
        <w:rPr>
          <w:rFonts w:ascii="Arial" w:hAnsi="Arial"/>
          <w:b/>
          <w:i w:val="0"/>
          <w:color w:val="B45F45"/>
          <w:sz w:val="42"/>
        </w:rPr>
        <w:t>VOLUNTEER APPLICATION FORM</w:t>
      </w:r>
    </w:p>
    <w:p>
      <w:pPr>
        <w:spacing w:after="160"/>
        <w:jc w:val="center"/>
      </w:pPr>
      <w:r>
        <w:rPr>
          <w:rFonts w:ascii="Arial" w:hAnsi="Arial"/>
          <w:b w:val="0"/>
          <w:i w:val="0"/>
          <w:color w:val="6E6662"/>
          <w:sz w:val="18"/>
        </w:rPr>
        <w:t>Safer recruitment for voluntary work with children and families</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8" w:color="D6B656"/>
              <w:left w:val="single" w:sz="8" w:color="D6B656"/>
              <w:bottom w:val="single" w:sz="8" w:color="D6B656"/>
              <w:right w:val="single" w:sz="8" w:color="D6B656"/>
              <w:insideH w:val="single" w:sz="8" w:color="D6B656"/>
              <w:insideV w:val="single" w:sz="8" w:color="D6B656"/>
            </w:tcBorders>
            <w:vAlign w:val="center"/>
            <w:shd w:fill="FFF2CC"/>
          </w:tcPr>
          <w:p>
            <w:pPr>
              <w:spacing w:after="40"/>
            </w:pPr>
            <w:r/>
            <w:r>
              <w:rPr>
                <w:rFonts w:ascii="Arial" w:hAnsi="Arial"/>
                <w:b/>
                <w:i w:val="0"/>
                <w:color w:val="8E4634"/>
                <w:sz w:val="18"/>
              </w:rPr>
              <w:t>Before completing this form</w:t>
            </w:r>
          </w:p>
          <w:p>
            <w:pPr>
              <w:spacing w:after="0"/>
            </w:pPr>
            <w:r>
              <w:rPr>
                <w:rFonts w:ascii="Arial" w:hAnsi="Arial"/>
                <w:b w:val="0"/>
                <w:i w:val="0"/>
                <w:color w:val="302C2A"/>
                <w:sz w:val="17"/>
              </w:rPr>
              <w:t>Complete every relevant section. Project West uses an application form rather than a CV alone so that volunteer applicants provide consistent information for safer recruitment. You may attach a CV, but it will not replace this form. Volunteering does not create a contract of employment or an entitlement to paid work. Information will be processed for recruitment, safeguarding and volunteer administration in accordance with applicable data-protection requirements.</w:t>
            </w:r>
          </w:p>
        </w:tc>
      </w:tr>
    </w:tbl>
    <w:p>
      <w:pPr>
        <w:spacing w:after="0"/>
      </w:pPr>
    </w:p>
    <w:p>
      <w:pPr>
        <w:pStyle w:val="Heading1"/>
        <w:keepNext/>
        <w:shd w:fill="B45F45"/>
        <w:ind w:left="120" w:right="120"/>
      </w:pPr>
      <w:r>
        <w:rPr>
          <w:rFonts w:ascii="Arial" w:hAnsi="Arial"/>
          <w:b/>
          <w:i w:val="0"/>
          <w:color w:val="FFFFFF"/>
          <w:sz w:val="27"/>
        </w:rPr>
        <w:t>1  ROLE AND APPLICATION DETAILS</w:t>
      </w: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Volunteer role / area of interest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Type of opportunity</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01"/>
                <w:tag w:val="PW_CHECKBOX_1001"/>
                <w:id w:val="100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Regular volunteering   </w:t>
            </w:r>
            <w:sdt>
              <w:sdtPr>
                <w:alias w:val="Checkbox 1002"/>
                <w:tag w:val="PW_CHECKBOX_1002"/>
                <w:id w:val="100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Time-limited placement   </w:t>
            </w:r>
            <w:sdt>
              <w:sdtPr>
                <w:alias w:val="Checkbox 1003"/>
                <w:tag w:val="PW_CHECKBOX_1003"/>
                <w:id w:val="100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Student placement   </w:t>
            </w:r>
            <w:sdt>
              <w:sdtPr>
                <w:alias w:val="Checkbox 1004"/>
                <w:tag w:val="PW_CHECKBOX_1004"/>
                <w:id w:val="100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Work experience   </w:t>
            </w:r>
            <w:sdt>
              <w:sdtPr>
                <w:alias w:val="Checkbox 1005"/>
                <w:tag w:val="PW_CHECKBOX_1005"/>
                <w:id w:val="100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Not known</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Application source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06"/>
                <w:tag w:val="PW_CHECKBOX_1006"/>
                <w:id w:val="100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Project West website   </w:t>
            </w:r>
            <w:sdt>
              <w:sdtPr>
                <w:alias w:val="Checkbox 1007"/>
                <w:tag w:val="PW_CHECKBOX_1007"/>
                <w:id w:val="100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Recruitment website   </w:t>
            </w:r>
            <w:sdt>
              <w:sdtPr>
                <w:alias w:val="Checkbox 1008"/>
                <w:tag w:val="PW_CHECKBOX_1008"/>
                <w:id w:val="100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Referral/recommendation   </w:t>
            </w:r>
            <w:sdt>
              <w:sdtPr>
                <w:alias w:val="Checkbox 1009"/>
                <w:tag w:val="PW_CHECKBOX_1009"/>
                <w:id w:val="100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Closing date / reference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Earliest available start date / expected duration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bl>
    <w:p>
      <w:pPr>
        <w:pStyle w:val="Heading1"/>
        <w:keepNext/>
        <w:shd w:fill="B45F45"/>
        <w:ind w:left="120" w:right="120"/>
      </w:pPr>
      <w:r>
        <w:rPr>
          <w:rFonts w:ascii="Arial" w:hAnsi="Arial"/>
          <w:b/>
          <w:i w:val="0"/>
          <w:color w:val="FFFFFF"/>
          <w:sz w:val="27"/>
        </w:rPr>
        <w:t>2  PERSONAL AND CONTACT DETAILS</w:t>
      </w: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Full name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Former names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Include all names previously used and relevant dates:</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Home address and postcode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Email address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Telephone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Age requirement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10"/>
                <w:tag w:val="PW_CHECKBOX_1010"/>
                <w:id w:val="101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I confirm that I am aged 18 or over</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Permission to volunteer in the UK</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11"/>
                <w:tag w:val="PW_CHECKBOX_1011"/>
                <w:id w:val="101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w:t>
            </w:r>
            <w:sdt>
              <w:sdtPr>
                <w:alias w:val="Checkbox 1012"/>
                <w:tag w:val="PW_CHECKBOX_1012"/>
                <w:id w:val="101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   </w:t>
            </w:r>
            <w:sdt>
              <w:sdtPr>
                <w:alias w:val="Checkbox 1013"/>
                <w:tag w:val="PW_CHECKBOX_1013"/>
                <w:id w:val="101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Unsure   If immigration conditions apply, give expiry or restrictions. Project West may request evidence before placement:</w:t>
            </w:r>
          </w:p>
        </w:tc>
      </w:tr>
    </w:tbl>
    <w:p>
      <w:pPr>
        <w:pStyle w:val="Heading1"/>
        <w:keepNext/>
        <w:shd w:fill="B45F45"/>
        <w:ind w:left="120" w:right="120"/>
      </w:pPr>
      <w:r>
        <w:rPr>
          <w:rFonts w:ascii="Arial" w:hAnsi="Arial"/>
          <w:b/>
          <w:i w:val="0"/>
          <w:color w:val="FFFFFF"/>
          <w:sz w:val="27"/>
        </w:rPr>
        <w:t>3  AVAILABILITY AND WORKING ARRANGEMENTS</w:t>
      </w:r>
    </w:p>
    <w:tbl>
      <w:tblPr>
        <w:tblW w:type="dxa" w:w="10000"/>
        <w:jc w:val="left"/>
        <w:tblLayout w:type="fixed"/>
        <w:tblLook w:firstColumn="1" w:firstRow="1" w:lastColumn="0" w:lastRow="0" w:noHBand="0" w:noVBand="1" w:val="04A0"/>
        <w:tblInd w:w="120" w:type="dxa"/>
      </w:tblPr>
      <w:tblGrid>
        <w:gridCol w:w="1500"/>
        <w:gridCol w:w="1500"/>
        <w:gridCol w:w="1700"/>
        <w:gridCol w:w="1700"/>
        <w:gridCol w:w="3600"/>
      </w:tblGrid>
      <w:tr>
        <w:trPr>
          <w:tblHeader w:val="true"/>
        </w:trPr>
        <w:tc>
          <w:tcPr>
            <w:tcW w:type="dxa" w:w="15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Day</w:t>
            </w:r>
          </w:p>
        </w:tc>
        <w:tc>
          <w:tcPr>
            <w:tcW w:type="dxa" w:w="15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Available?</w:t>
            </w:r>
          </w:p>
        </w:tc>
        <w:tc>
          <w:tcPr>
            <w:tcW w:type="dxa" w:w="17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Earliest start</w:t>
            </w:r>
          </w:p>
        </w:tc>
        <w:tc>
          <w:tcPr>
            <w:tcW w:type="dxa" w:w="17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Latest finish</w:t>
            </w:r>
          </w:p>
        </w:tc>
        <w:tc>
          <w:tcPr>
            <w:tcW w:type="dxa" w:w="36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Regular restrictions</w:t>
            </w:r>
          </w:p>
        </w:tc>
      </w:tr>
      <w:tr>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Monday</w:t>
            </w:r>
          </w:p>
        </w:tc>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14"/>
                <w:tag w:val="PW_CHECKBOX_1014"/>
                <w:id w:val="1014"/>
                <w14:checkbox>
                  <w14:checked w14:val="0"/>
                  <w14:checkedState w14:val="2612" w14:font="MS Gothic"/>
                  <w14:uncheckedState w14:val="2610" w14:font="MS Gothic"/>
                </w14:checkbox>
              </w:sdtPr>
              <w:sdtContent>
                <w:r>
                  <w:rPr>
                    <w:rFonts w:ascii="Arial" w:hAnsi="Arial"/>
                    <w:b w:val="0"/>
                    <w:i w:val="0"/>
                    <w:color w:val="302C2A"/>
                    <w:sz w:val="16"/>
                  </w:rPr>
                  <w:t>☐</w:t>
                </w:r>
              </w:sdtContent>
            </w:sdt>
            <w:r>
              <w:rPr>
                <w:rFonts w:ascii="Arial" w:hAnsi="Arial"/>
                <w:b w:val="0"/>
                <w:i w:val="0"/>
                <w:color w:val="302C2A"/>
                <w:sz w:val="16"/>
              </w:rPr>
              <w:t xml:space="preserve"> Yes  </w:t>
            </w:r>
            <w:sdt>
              <w:sdtPr>
                <w:alias w:val="Checkbox 1015"/>
                <w:tag w:val="PW_CHECKBOX_1015"/>
                <w:id w:val="1015"/>
                <w14:checkbox>
                  <w14:checked w14:val="0"/>
                  <w14:checkedState w14:val="2612" w14:font="MS Gothic"/>
                  <w14:uncheckedState w14:val="2610" w14:font="MS Gothic"/>
                </w14:checkbox>
              </w:sdtPr>
              <w:sdtContent>
                <w:r>
                  <w:rPr>
                    <w:rFonts w:ascii="Arial" w:hAnsi="Arial"/>
                    <w:b w:val="0"/>
                    <w:i w:val="0"/>
                    <w:color w:val="302C2A"/>
                    <w:sz w:val="16"/>
                  </w:rPr>
                  <w:t>☐</w:t>
                </w:r>
              </w:sdtContent>
            </w:sdt>
            <w:r>
              <w:rPr>
                <w:rFonts w:ascii="Arial" w:hAnsi="Arial"/>
                <w:b w:val="0"/>
                <w:i w:val="0"/>
                <w:color w:val="302C2A"/>
                <w:sz w:val="16"/>
              </w:rPr>
              <w:t xml:space="preserve"> No</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Tuesday</w:t>
            </w:r>
          </w:p>
        </w:tc>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16"/>
                <w:tag w:val="PW_CHECKBOX_1016"/>
                <w:id w:val="1016"/>
                <w14:checkbox>
                  <w14:checked w14:val="0"/>
                  <w14:checkedState w14:val="2612" w14:font="MS Gothic"/>
                  <w14:uncheckedState w14:val="2610" w14:font="MS Gothic"/>
                </w14:checkbox>
              </w:sdtPr>
              <w:sdtContent>
                <w:r>
                  <w:rPr>
                    <w:rFonts w:ascii="Arial" w:hAnsi="Arial"/>
                    <w:b w:val="0"/>
                    <w:i w:val="0"/>
                    <w:color w:val="302C2A"/>
                    <w:sz w:val="16"/>
                  </w:rPr>
                  <w:t>☐</w:t>
                </w:r>
              </w:sdtContent>
            </w:sdt>
            <w:r>
              <w:rPr>
                <w:rFonts w:ascii="Arial" w:hAnsi="Arial"/>
                <w:b w:val="0"/>
                <w:i w:val="0"/>
                <w:color w:val="302C2A"/>
                <w:sz w:val="16"/>
              </w:rPr>
              <w:t xml:space="preserve"> Yes  </w:t>
            </w:r>
            <w:sdt>
              <w:sdtPr>
                <w:alias w:val="Checkbox 1017"/>
                <w:tag w:val="PW_CHECKBOX_1017"/>
                <w:id w:val="1017"/>
                <w14:checkbox>
                  <w14:checked w14:val="0"/>
                  <w14:checkedState w14:val="2612" w14:font="MS Gothic"/>
                  <w14:uncheckedState w14:val="2610" w14:font="MS Gothic"/>
                </w14:checkbox>
              </w:sdtPr>
              <w:sdtContent>
                <w:r>
                  <w:rPr>
                    <w:rFonts w:ascii="Arial" w:hAnsi="Arial"/>
                    <w:b w:val="0"/>
                    <w:i w:val="0"/>
                    <w:color w:val="302C2A"/>
                    <w:sz w:val="16"/>
                  </w:rPr>
                  <w:t>☐</w:t>
                </w:r>
              </w:sdtContent>
            </w:sdt>
            <w:r>
              <w:rPr>
                <w:rFonts w:ascii="Arial" w:hAnsi="Arial"/>
                <w:b w:val="0"/>
                <w:i w:val="0"/>
                <w:color w:val="302C2A"/>
                <w:sz w:val="16"/>
              </w:rPr>
              <w:t xml:space="preserve"> No</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Wednesday</w:t>
            </w:r>
          </w:p>
        </w:tc>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18"/>
                <w:tag w:val="PW_CHECKBOX_1018"/>
                <w:id w:val="1018"/>
                <w14:checkbox>
                  <w14:checked w14:val="0"/>
                  <w14:checkedState w14:val="2612" w14:font="MS Gothic"/>
                  <w14:uncheckedState w14:val="2610" w14:font="MS Gothic"/>
                </w14:checkbox>
              </w:sdtPr>
              <w:sdtContent>
                <w:r>
                  <w:rPr>
                    <w:rFonts w:ascii="Arial" w:hAnsi="Arial"/>
                    <w:b w:val="0"/>
                    <w:i w:val="0"/>
                    <w:color w:val="302C2A"/>
                    <w:sz w:val="16"/>
                  </w:rPr>
                  <w:t>☐</w:t>
                </w:r>
              </w:sdtContent>
            </w:sdt>
            <w:r>
              <w:rPr>
                <w:rFonts w:ascii="Arial" w:hAnsi="Arial"/>
                <w:b w:val="0"/>
                <w:i w:val="0"/>
                <w:color w:val="302C2A"/>
                <w:sz w:val="16"/>
              </w:rPr>
              <w:t xml:space="preserve"> Yes  </w:t>
            </w:r>
            <w:sdt>
              <w:sdtPr>
                <w:alias w:val="Checkbox 1019"/>
                <w:tag w:val="PW_CHECKBOX_1019"/>
                <w:id w:val="1019"/>
                <w14:checkbox>
                  <w14:checked w14:val="0"/>
                  <w14:checkedState w14:val="2612" w14:font="MS Gothic"/>
                  <w14:uncheckedState w14:val="2610" w14:font="MS Gothic"/>
                </w14:checkbox>
              </w:sdtPr>
              <w:sdtContent>
                <w:r>
                  <w:rPr>
                    <w:rFonts w:ascii="Arial" w:hAnsi="Arial"/>
                    <w:b w:val="0"/>
                    <w:i w:val="0"/>
                    <w:color w:val="302C2A"/>
                    <w:sz w:val="16"/>
                  </w:rPr>
                  <w:t>☐</w:t>
                </w:r>
              </w:sdtContent>
            </w:sdt>
            <w:r>
              <w:rPr>
                <w:rFonts w:ascii="Arial" w:hAnsi="Arial"/>
                <w:b w:val="0"/>
                <w:i w:val="0"/>
                <w:color w:val="302C2A"/>
                <w:sz w:val="16"/>
              </w:rPr>
              <w:t xml:space="preserve"> No</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Thursday</w:t>
            </w:r>
          </w:p>
        </w:tc>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0"/>
                <w:tag w:val="PW_CHECKBOX_1020"/>
                <w:id w:val="1020"/>
                <w14:checkbox>
                  <w14:checked w14:val="0"/>
                  <w14:checkedState w14:val="2612" w14:font="MS Gothic"/>
                  <w14:uncheckedState w14:val="2610" w14:font="MS Gothic"/>
                </w14:checkbox>
              </w:sdtPr>
              <w:sdtContent>
                <w:r>
                  <w:rPr>
                    <w:rFonts w:ascii="Arial" w:hAnsi="Arial"/>
                    <w:b w:val="0"/>
                    <w:i w:val="0"/>
                    <w:color w:val="302C2A"/>
                    <w:sz w:val="16"/>
                  </w:rPr>
                  <w:t>☐</w:t>
                </w:r>
              </w:sdtContent>
            </w:sdt>
            <w:r>
              <w:rPr>
                <w:rFonts w:ascii="Arial" w:hAnsi="Arial"/>
                <w:b w:val="0"/>
                <w:i w:val="0"/>
                <w:color w:val="302C2A"/>
                <w:sz w:val="16"/>
              </w:rPr>
              <w:t xml:space="preserve"> Yes  </w:t>
            </w:r>
            <w:sdt>
              <w:sdtPr>
                <w:alias w:val="Checkbox 1021"/>
                <w:tag w:val="PW_CHECKBOX_1021"/>
                <w:id w:val="1021"/>
                <w14:checkbox>
                  <w14:checked w14:val="0"/>
                  <w14:checkedState w14:val="2612" w14:font="MS Gothic"/>
                  <w14:uncheckedState w14:val="2610" w14:font="MS Gothic"/>
                </w14:checkbox>
              </w:sdtPr>
              <w:sdtContent>
                <w:r>
                  <w:rPr>
                    <w:rFonts w:ascii="Arial" w:hAnsi="Arial"/>
                    <w:b w:val="0"/>
                    <w:i w:val="0"/>
                    <w:color w:val="302C2A"/>
                    <w:sz w:val="16"/>
                  </w:rPr>
                  <w:t>☐</w:t>
                </w:r>
              </w:sdtContent>
            </w:sdt>
            <w:r>
              <w:rPr>
                <w:rFonts w:ascii="Arial" w:hAnsi="Arial"/>
                <w:b w:val="0"/>
                <w:i w:val="0"/>
                <w:color w:val="302C2A"/>
                <w:sz w:val="16"/>
              </w:rPr>
              <w:t xml:space="preserve"> No</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Friday</w:t>
            </w:r>
          </w:p>
        </w:tc>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2"/>
                <w:tag w:val="PW_CHECKBOX_1022"/>
                <w:id w:val="1022"/>
                <w14:checkbox>
                  <w14:checked w14:val="0"/>
                  <w14:checkedState w14:val="2612" w14:font="MS Gothic"/>
                  <w14:uncheckedState w14:val="2610" w14:font="MS Gothic"/>
                </w14:checkbox>
              </w:sdtPr>
              <w:sdtContent>
                <w:r>
                  <w:rPr>
                    <w:rFonts w:ascii="Arial" w:hAnsi="Arial"/>
                    <w:b w:val="0"/>
                    <w:i w:val="0"/>
                    <w:color w:val="302C2A"/>
                    <w:sz w:val="16"/>
                  </w:rPr>
                  <w:t>☐</w:t>
                </w:r>
              </w:sdtContent>
            </w:sdt>
            <w:r>
              <w:rPr>
                <w:rFonts w:ascii="Arial" w:hAnsi="Arial"/>
                <w:b w:val="0"/>
                <w:i w:val="0"/>
                <w:color w:val="302C2A"/>
                <w:sz w:val="16"/>
              </w:rPr>
              <w:t xml:space="preserve"> Yes  </w:t>
            </w:r>
            <w:sdt>
              <w:sdtPr>
                <w:alias w:val="Checkbox 1023"/>
                <w:tag w:val="PW_CHECKBOX_1023"/>
                <w:id w:val="1023"/>
                <w14:checkbox>
                  <w14:checked w14:val="0"/>
                  <w14:checkedState w14:val="2612" w14:font="MS Gothic"/>
                  <w14:uncheckedState w14:val="2610" w14:font="MS Gothic"/>
                </w14:checkbox>
              </w:sdtPr>
              <w:sdtContent>
                <w:r>
                  <w:rPr>
                    <w:rFonts w:ascii="Arial" w:hAnsi="Arial"/>
                    <w:b w:val="0"/>
                    <w:i w:val="0"/>
                    <w:color w:val="302C2A"/>
                    <w:sz w:val="16"/>
                  </w:rPr>
                  <w:t>☐</w:t>
                </w:r>
              </w:sdtContent>
            </w:sdt>
            <w:r>
              <w:rPr>
                <w:rFonts w:ascii="Arial" w:hAnsi="Arial"/>
                <w:b w:val="0"/>
                <w:i w:val="0"/>
                <w:color w:val="302C2A"/>
                <w:sz w:val="16"/>
              </w:rPr>
              <w:t xml:space="preserve"> No</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Saturday</w:t>
            </w:r>
          </w:p>
        </w:tc>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4"/>
                <w:tag w:val="PW_CHECKBOX_1024"/>
                <w:id w:val="1024"/>
                <w14:checkbox>
                  <w14:checked w14:val="0"/>
                  <w14:checkedState w14:val="2612" w14:font="MS Gothic"/>
                  <w14:uncheckedState w14:val="2610" w14:font="MS Gothic"/>
                </w14:checkbox>
              </w:sdtPr>
              <w:sdtContent>
                <w:r>
                  <w:rPr>
                    <w:rFonts w:ascii="Arial" w:hAnsi="Arial"/>
                    <w:b w:val="0"/>
                    <w:i w:val="0"/>
                    <w:color w:val="302C2A"/>
                    <w:sz w:val="16"/>
                  </w:rPr>
                  <w:t>☐</w:t>
                </w:r>
              </w:sdtContent>
            </w:sdt>
            <w:r>
              <w:rPr>
                <w:rFonts w:ascii="Arial" w:hAnsi="Arial"/>
                <w:b w:val="0"/>
                <w:i w:val="0"/>
                <w:color w:val="302C2A"/>
                <w:sz w:val="16"/>
              </w:rPr>
              <w:t xml:space="preserve"> Yes  </w:t>
            </w:r>
            <w:sdt>
              <w:sdtPr>
                <w:alias w:val="Checkbox 1025"/>
                <w:tag w:val="PW_CHECKBOX_1025"/>
                <w:id w:val="1025"/>
                <w14:checkbox>
                  <w14:checked w14:val="0"/>
                  <w14:checkedState w14:val="2612" w14:font="MS Gothic"/>
                  <w14:uncheckedState w14:val="2610" w14:font="MS Gothic"/>
                </w14:checkbox>
              </w:sdtPr>
              <w:sdtContent>
                <w:r>
                  <w:rPr>
                    <w:rFonts w:ascii="Arial" w:hAnsi="Arial"/>
                    <w:b w:val="0"/>
                    <w:i w:val="0"/>
                    <w:color w:val="302C2A"/>
                    <w:sz w:val="16"/>
                  </w:rPr>
                  <w:t>☐</w:t>
                </w:r>
              </w:sdtContent>
            </w:sdt>
            <w:r>
              <w:rPr>
                <w:rFonts w:ascii="Arial" w:hAnsi="Arial"/>
                <w:b w:val="0"/>
                <w:i w:val="0"/>
                <w:color w:val="302C2A"/>
                <w:sz w:val="16"/>
              </w:rPr>
              <w:t xml:space="preserve"> No</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Sunday</w:t>
            </w:r>
          </w:p>
        </w:tc>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6"/>
                <w:tag w:val="PW_CHECKBOX_1026"/>
                <w:id w:val="1026"/>
                <w14:checkbox>
                  <w14:checked w14:val="0"/>
                  <w14:checkedState w14:val="2612" w14:font="MS Gothic"/>
                  <w14:uncheckedState w14:val="2610" w14:font="MS Gothic"/>
                </w14:checkbox>
              </w:sdtPr>
              <w:sdtContent>
                <w:r>
                  <w:rPr>
                    <w:rFonts w:ascii="Arial" w:hAnsi="Arial"/>
                    <w:b w:val="0"/>
                    <w:i w:val="0"/>
                    <w:color w:val="302C2A"/>
                    <w:sz w:val="16"/>
                  </w:rPr>
                  <w:t>☐</w:t>
                </w:r>
              </w:sdtContent>
            </w:sdt>
            <w:r>
              <w:rPr>
                <w:rFonts w:ascii="Arial" w:hAnsi="Arial"/>
                <w:b w:val="0"/>
                <w:i w:val="0"/>
                <w:color w:val="302C2A"/>
                <w:sz w:val="16"/>
              </w:rPr>
              <w:t xml:space="preserve"> Yes  </w:t>
            </w:r>
            <w:sdt>
              <w:sdtPr>
                <w:alias w:val="Checkbox 1027"/>
                <w:tag w:val="PW_CHECKBOX_1027"/>
                <w:id w:val="1027"/>
                <w14:checkbox>
                  <w14:checked w14:val="0"/>
                  <w14:checkedState w14:val="2612" w14:font="MS Gothic"/>
                  <w14:uncheckedState w14:val="2610" w14:font="MS Gothic"/>
                </w14:checkbox>
              </w:sdtPr>
              <w:sdtContent>
                <w:r>
                  <w:rPr>
                    <w:rFonts w:ascii="Arial" w:hAnsi="Arial"/>
                    <w:b w:val="0"/>
                    <w:i w:val="0"/>
                    <w:color w:val="302C2A"/>
                    <w:sz w:val="16"/>
                  </w:rPr>
                  <w:t>☐</w:t>
                </w:r>
              </w:sdtContent>
            </w:sdt>
            <w:r>
              <w:rPr>
                <w:rFonts w:ascii="Arial" w:hAnsi="Arial"/>
                <w:b w:val="0"/>
                <w:i w:val="0"/>
                <w:color w:val="302C2A"/>
                <w:sz w:val="16"/>
              </w:rPr>
              <w:t xml:space="preserve"> No</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Regular commitment offered</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Hours per week/month and minimum period you can commit:</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Evenings / weekends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8"/>
                <w:tag w:val="PW_CHECKBOX_1028"/>
                <w:id w:val="102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Evenings available   </w:t>
            </w:r>
            <w:sdt>
              <w:sdtPr>
                <w:alias w:val="Checkbox 1029"/>
                <w:tag w:val="PW_CHECKBOX_1029"/>
                <w:id w:val="102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Weekends available   </w:t>
            </w:r>
            <w:sdt>
              <w:sdtPr>
                <w:alias w:val="Checkbox 1030"/>
                <w:tag w:val="PW_CHECKBOX_1030"/>
                <w:id w:val="103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Public holidays available</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Known holidays or breaks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Travel</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31"/>
                <w:tag w:val="PW_CHECKBOX_1031"/>
                <w:id w:val="103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Able to travel between venues   </w:t>
            </w:r>
            <w:sdt>
              <w:sdtPr>
                <w:alias w:val="Checkbox 1032"/>
                <w:tag w:val="PW_CHECKBOX_1032"/>
                <w:id w:val="103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Public transport only   </w:t>
            </w:r>
            <w:sdt>
              <w:sdtPr>
                <w:alias w:val="Checkbox 1033"/>
                <w:tag w:val="PW_CHECKBOX_1033"/>
                <w:id w:val="103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Restrictions apply</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Driving, if relevant to the role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34"/>
                <w:tag w:val="PW_CHECKBOX_1034"/>
                <w:id w:val="103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Full UK licence   </w:t>
            </w:r>
            <w:sdt>
              <w:sdtPr>
                <w:alias w:val="Checkbox 1035"/>
                <w:tag w:val="PW_CHECKBOX_1035"/>
                <w:id w:val="103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Access to suitable vehicle   </w:t>
            </w:r>
            <w:sdt>
              <w:sdtPr>
                <w:alias w:val="Checkbox 1036"/>
                <w:tag w:val="PW_CHECKBOX_1036"/>
                <w:id w:val="103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Business-use insurance   </w:t>
            </w:r>
            <w:sdt>
              <w:sdtPr>
                <w:alias w:val="Checkbox 1037"/>
                <w:tag w:val="PW_CHECKBOX_1037"/>
                <w:id w:val="103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Not applicable. Documents will be verified before driving for Project West.</w:t>
            </w:r>
          </w:p>
        </w:tc>
      </w:tr>
    </w:tbl>
    <w:p>
      <w:r>
        <w:br w:type="page"/>
      </w:r>
    </w:p>
    <w:p>
      <w:pPr>
        <w:pStyle w:val="Heading1"/>
        <w:keepNext/>
        <w:shd w:fill="B45F45"/>
        <w:ind w:left="120" w:right="120"/>
      </w:pPr>
      <w:r>
        <w:rPr>
          <w:rFonts w:ascii="Arial" w:hAnsi="Arial"/>
          <w:b/>
          <w:i w:val="0"/>
          <w:color w:val="FFFFFF"/>
          <w:sz w:val="27"/>
        </w:rPr>
        <w:t>4  EDUCATION, QUALIFICATIONS AND REGISTRATION</w:t>
      </w:r>
    </w:p>
    <w:tbl>
      <w:tblPr>
        <w:tblW w:type="dxa" w:w="10000"/>
        <w:jc w:val="left"/>
        <w:tblLayout w:type="fixed"/>
        <w:tblLook w:firstColumn="1" w:firstRow="1" w:lastColumn="0" w:lastRow="0" w:noHBand="0" w:noVBand="1" w:val="04A0"/>
        <w:tblInd w:w="120" w:type="dxa"/>
      </w:tblPr>
      <w:tblGrid>
        <w:gridCol w:w="2800"/>
        <w:gridCol w:w="900"/>
        <w:gridCol w:w="900"/>
        <w:gridCol w:w="2200"/>
        <w:gridCol w:w="2200"/>
        <w:gridCol w:w="1000"/>
      </w:tblGrid>
      <w:tr>
        <w:trPr>
          <w:tblHeader w:val="true"/>
        </w:trPr>
        <w:tc>
          <w:tcPr>
            <w:tcW w:type="dxa" w:w="28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School, college, university or training provider</w:t>
            </w:r>
          </w:p>
        </w:tc>
        <w:tc>
          <w:tcPr>
            <w:tcW w:type="dxa" w:w="9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From</w:t>
            </w:r>
          </w:p>
        </w:tc>
        <w:tc>
          <w:tcPr>
            <w:tcW w:type="dxa" w:w="9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To</w:t>
            </w:r>
          </w:p>
        </w:tc>
        <w:tc>
          <w:tcPr>
            <w:tcW w:type="dxa" w:w="22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Qualification / subject</w:t>
            </w:r>
          </w:p>
        </w:tc>
        <w:tc>
          <w:tcPr>
            <w:tcW w:type="dxa" w:w="22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Awarding body / grade</w:t>
            </w:r>
          </w:p>
        </w:tc>
        <w:tc>
          <w:tcPr>
            <w:tcW w:type="dxa" w:w="10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Date awarded</w:t>
            </w:r>
          </w:p>
        </w:tc>
      </w:tr>
      <w:tr>
        <w:tc>
          <w:tcPr>
            <w:tcW w:type="dxa" w:w="2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Professional registration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Body / registration number / expiry date / restrictions, if any:</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Relevant training</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Include safeguarding, first aid, domestic abuse, mental health, equality, report writing or other role-related training:</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8" w:color="C9B7AE"/>
              <w:left w:val="single" w:sz="8" w:color="C9B7AE"/>
              <w:bottom w:val="single" w:sz="8" w:color="C9B7AE"/>
              <w:right w:val="single" w:sz="8" w:color="C9B7AE"/>
              <w:insideH w:val="single" w:sz="8" w:color="C9B7AE"/>
              <w:insideV w:val="single" w:sz="8" w:color="C9B7AE"/>
            </w:tcBorders>
            <w:vAlign w:val="center"/>
            <w:shd w:fill="FBF6F3"/>
          </w:tcPr>
          <w:p>
            <w:pPr>
              <w:spacing w:after="40"/>
            </w:pPr>
            <w:r/>
            <w:r>
              <w:rPr>
                <w:rFonts w:ascii="Arial" w:hAnsi="Arial"/>
                <w:b/>
                <w:i w:val="0"/>
                <w:color w:val="8E4634"/>
                <w:sz w:val="18"/>
              </w:rPr>
              <w:t>Verification</w:t>
            </w:r>
          </w:p>
          <w:p>
            <w:pPr>
              <w:spacing w:after="0"/>
            </w:pPr>
            <w:r>
              <w:rPr>
                <w:rFonts w:ascii="Arial" w:hAnsi="Arial"/>
                <w:b w:val="0"/>
                <w:i w:val="0"/>
                <w:color w:val="302C2A"/>
                <w:sz w:val="17"/>
              </w:rPr>
              <w:t>Project West will verify qualifications, professional registration and other credentials that are essential to the role. Originals or suitably verified copies may be required.</w:t>
            </w:r>
          </w:p>
        </w:tc>
      </w:tr>
    </w:tbl>
    <w:p>
      <w:pPr>
        <w:spacing w:after="0"/>
      </w:pPr>
    </w:p>
    <w:p>
      <w:pPr>
        <w:pStyle w:val="Heading1"/>
        <w:keepNext/>
        <w:shd w:fill="B45F45"/>
        <w:ind w:left="120" w:right="120"/>
      </w:pPr>
      <w:r>
        <w:rPr>
          <w:rFonts w:ascii="Arial" w:hAnsi="Arial"/>
          <w:b/>
          <w:i w:val="0"/>
          <w:color w:val="FFFFFF"/>
          <w:sz w:val="27"/>
        </w:rPr>
        <w:t>5  COMPLETE EMPLOYMENT, EDUCATION, VOLUNTEERING AND ACTIVITY HISTORY</w:t>
      </w:r>
    </w:p>
    <w:p>
      <w:pPr>
        <w:pStyle w:val="SmallNote"/>
        <w:keepNext/>
      </w:pPr>
      <w:r>
        <w:rPr>
          <w:rFonts w:ascii="Arial" w:hAnsi="Arial"/>
          <w:b w:val="0"/>
          <w:i/>
          <w:color w:val="6E6662"/>
          <w:sz w:val="17"/>
        </w:rPr>
        <w:t>Provide a continuous chronological history from leaving secondary education to the present, including paid work, self-employment, education, volunteering, caring responsibilities, travel and unemployment. Explain every gap.</w:t>
      </w:r>
    </w:p>
    <w:tbl>
      <w:tblPr>
        <w:tblW w:type="dxa" w:w="10000"/>
        <w:jc w:val="left"/>
        <w:tblLayout w:type="fixed"/>
        <w:tblLook w:firstColumn="1" w:firstRow="1" w:lastColumn="0" w:lastRow="0" w:noHBand="0" w:noVBand="1" w:val="04A0"/>
        <w:tblInd w:w="120" w:type="dxa"/>
      </w:tblPr>
      <w:tblGrid>
        <w:gridCol w:w="1100"/>
        <w:gridCol w:w="1100"/>
        <w:gridCol w:w="2700"/>
        <w:gridCol w:w="2600"/>
        <w:gridCol w:w="2500"/>
      </w:tblGrid>
      <w:tr>
        <w:trPr>
          <w:tblHeader w:val="true"/>
        </w:trPr>
        <w:tc>
          <w:tcPr>
            <w:tcW w:type="dxa" w:w="11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From</w:t>
            </w:r>
          </w:p>
        </w:tc>
        <w:tc>
          <w:tcPr>
            <w:tcW w:type="dxa" w:w="11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To</w:t>
            </w:r>
          </w:p>
        </w:tc>
        <w:tc>
          <w:tcPr>
            <w:tcW w:type="dxa" w:w="27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Employer / organisation and address</w:t>
            </w:r>
          </w:p>
        </w:tc>
        <w:tc>
          <w:tcPr>
            <w:tcW w:type="dxa" w:w="26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Role and main duties</w:t>
            </w:r>
          </w:p>
        </w:tc>
        <w:tc>
          <w:tcPr>
            <w:tcW w:type="dxa" w:w="25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Reason for leaving / explanation of period</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p>
      <w:r>
        <w:br w:type="page"/>
      </w:r>
    </w:p>
    <w:p>
      <w:pPr>
        <w:pStyle w:val="Heading1"/>
        <w:keepNext/>
        <w:shd w:fill="B45F45"/>
        <w:ind w:left="120" w:right="120"/>
      </w:pPr>
      <w:r>
        <w:rPr>
          <w:rFonts w:ascii="Arial" w:hAnsi="Arial"/>
          <w:b/>
          <w:i w:val="0"/>
          <w:color w:val="FFFFFF"/>
          <w:sz w:val="27"/>
        </w:rPr>
        <w:t>5  COMPLETE HISTORY (continued)</w:t>
      </w:r>
    </w:p>
    <w:tbl>
      <w:tblPr>
        <w:tblW w:type="dxa" w:w="10000"/>
        <w:jc w:val="left"/>
        <w:tblLayout w:type="fixed"/>
        <w:tblLook w:firstColumn="1" w:firstRow="1" w:lastColumn="0" w:lastRow="0" w:noHBand="0" w:noVBand="1" w:val="04A0"/>
        <w:tblInd w:w="120" w:type="dxa"/>
      </w:tblPr>
      <w:tblGrid>
        <w:gridCol w:w="1100"/>
        <w:gridCol w:w="1100"/>
        <w:gridCol w:w="2700"/>
        <w:gridCol w:w="2600"/>
        <w:gridCol w:w="2500"/>
      </w:tblGrid>
      <w:tr>
        <w:trPr>
          <w:tblHeader w:val="true"/>
        </w:trPr>
        <w:tc>
          <w:tcPr>
            <w:tcW w:type="dxa" w:w="11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From</w:t>
            </w:r>
          </w:p>
        </w:tc>
        <w:tc>
          <w:tcPr>
            <w:tcW w:type="dxa" w:w="11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To</w:t>
            </w:r>
          </w:p>
        </w:tc>
        <w:tc>
          <w:tcPr>
            <w:tcW w:type="dxa" w:w="27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Employer / organisation and address</w:t>
            </w:r>
          </w:p>
        </w:tc>
        <w:tc>
          <w:tcPr>
            <w:tcW w:type="dxa" w:w="26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Role and main duties</w:t>
            </w:r>
          </w:p>
        </w:tc>
        <w:tc>
          <w:tcPr>
            <w:tcW w:type="dxa" w:w="25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Reason for leaving / explanation of period</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Explanation of any gaps or overlapping dates *</w:t>
            </w:r>
          </w:p>
          <w:p>
            <w:pPr>
              <w:spacing w:after="20"/>
            </w:pPr>
            <w:r>
              <w:rPr>
                <w:rFonts w:ascii="Arial" w:hAnsi="Arial"/>
                <w:b w:val="0"/>
                <w:i/>
                <w:color w:val="6E6662"/>
                <w:sz w:val="16"/>
              </w:rPr>
              <w:t>Give dates and a clear explanation. Project West will explore unexplained or inconsistent periods as part of safer recruitment.</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pPr>
        <w:pStyle w:val="Heading1"/>
        <w:keepNext/>
        <w:shd w:fill="B45F45"/>
        <w:ind w:left="120" w:right="120"/>
      </w:pPr>
      <w:r>
        <w:rPr>
          <w:rFonts w:ascii="Arial" w:hAnsi="Arial"/>
          <w:b/>
          <w:i w:val="0"/>
          <w:color w:val="FFFFFF"/>
          <w:sz w:val="27"/>
        </w:rPr>
        <w:t>6  EXPERIENCE, SKILLS AND SUITABILITY</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Why do you want to volunteer with Project West and what do you hope to contribute or learn? *</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How do your experience, knowledge and skills meet the Volunteer Role Description and Person Specification? *</w:t>
            </w:r>
          </w:p>
          <w:p>
            <w:pPr>
              <w:spacing w:after="20"/>
            </w:pPr>
            <w:r>
              <w:rPr>
                <w:rFonts w:ascii="Arial" w:hAnsi="Arial"/>
                <w:b w:val="0"/>
                <w:i/>
                <w:color w:val="6E6662"/>
                <w:sz w:val="16"/>
              </w:rPr>
              <w:t>Use specific examples, including transferable life experience.</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Describe your experience of working with children, young people and families *</w:t>
            </w:r>
          </w:p>
          <w:p>
            <w:pPr>
              <w:spacing w:after="20"/>
            </w:pPr>
            <w:r>
              <w:rPr>
                <w:rFonts w:ascii="Arial" w:hAnsi="Arial"/>
                <w:b w:val="0"/>
                <w:i/>
                <w:color w:val="6E6662"/>
                <w:sz w:val="16"/>
              </w:rPr>
              <w:t>Include ages, settings, responsibilities and work involving vulnerability, conflict or complex needs.</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r>
        <w:br w:type="page"/>
      </w:r>
    </w:p>
    <w:p>
      <w:pPr>
        <w:pStyle w:val="Heading1"/>
        <w:keepNext/>
        <w:shd w:fill="B45F45"/>
        <w:ind w:left="120" w:right="120"/>
      </w:pPr>
      <w:r>
        <w:rPr>
          <w:rFonts w:ascii="Arial" w:hAnsi="Arial"/>
          <w:b/>
          <w:i w:val="0"/>
          <w:color w:val="FFFFFF"/>
          <w:sz w:val="27"/>
        </w:rPr>
        <w:t>6  EXPERIENCE, SKILLS AND SUITABILITY (continued)</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Give an example of how you have safeguarded a child or responded to a concern *</w:t>
            </w:r>
          </w:p>
          <w:p>
            <w:pPr>
              <w:spacing w:after="20"/>
            </w:pPr>
            <w:r>
              <w:rPr>
                <w:rFonts w:ascii="Arial" w:hAnsi="Arial"/>
                <w:b w:val="0"/>
                <w:i/>
                <w:color w:val="6E6662"/>
                <w:sz w:val="16"/>
              </w:rPr>
              <w:t>Explain what you noticed, what you did, who you informed and what you learned. Do not identify service users.</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How do you maintain professional boundaries, confidentiality and impartiality? *</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Describe your report-writing, recording and digital skills</w:t>
            </w:r>
          </w:p>
          <w:p>
            <w:pPr>
              <w:spacing w:after="20"/>
            </w:pPr>
            <w:r>
              <w:rPr>
                <w:rFonts w:ascii="Arial" w:hAnsi="Arial"/>
                <w:b w:val="0"/>
                <w:i/>
                <w:color w:val="6E6662"/>
                <w:sz w:val="16"/>
              </w:rPr>
              <w:t>Include factual observation, deadlines, secure information handling and systems used.</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Equality, diversity and anti-discriminatory practice *</w:t>
            </w:r>
          </w:p>
          <w:p>
            <w:pPr>
              <w:spacing w:after="20"/>
            </w:pPr>
            <w:r>
              <w:rPr>
                <w:rFonts w:ascii="Arial" w:hAnsi="Arial"/>
                <w:b w:val="0"/>
                <w:i/>
                <w:color w:val="6E6662"/>
                <w:sz w:val="16"/>
              </w:rPr>
              <w:t>Explain how you work respectfully with families whose culture, identity, beliefs, communication or circumstances differ from your own.</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Any additional information supporting your application</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r>
        <w:br w:type="page"/>
      </w:r>
    </w:p>
    <w:p>
      <w:pPr>
        <w:pStyle w:val="Heading1"/>
        <w:keepNext/>
        <w:shd w:fill="B45F45"/>
        <w:ind w:left="120" w:right="120"/>
      </w:pPr>
      <w:r>
        <w:rPr>
          <w:rFonts w:ascii="Arial" w:hAnsi="Arial"/>
          <w:b/>
          <w:i w:val="0"/>
          <w:color w:val="FFFFFF"/>
          <w:sz w:val="27"/>
        </w:rPr>
        <w:t>7  SAFEGUARDING AND PROFESSIONAL SUITABILITY</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8" w:color="D6B656"/>
              <w:left w:val="single" w:sz="8" w:color="D6B656"/>
              <w:bottom w:val="single" w:sz="8" w:color="D6B656"/>
              <w:right w:val="single" w:sz="8" w:color="D6B656"/>
              <w:insideH w:val="single" w:sz="8" w:color="D6B656"/>
              <w:insideV w:val="single" w:sz="8" w:color="D6B656"/>
            </w:tcBorders>
            <w:vAlign w:val="center"/>
            <w:shd w:fill="FFF2CC"/>
          </w:tcPr>
          <w:p>
            <w:pPr>
              <w:spacing w:after="40"/>
            </w:pPr>
            <w:r/>
            <w:r>
              <w:rPr>
                <w:rFonts w:ascii="Arial" w:hAnsi="Arial"/>
                <w:b/>
                <w:i w:val="0"/>
                <w:color w:val="8E4634"/>
                <w:sz w:val="18"/>
              </w:rPr>
              <w:t>Important</w:t>
            </w:r>
          </w:p>
          <w:p>
            <w:pPr>
              <w:spacing w:after="0"/>
            </w:pPr>
            <w:r>
              <w:rPr>
                <w:rFonts w:ascii="Arial" w:hAnsi="Arial"/>
                <w:b w:val="0"/>
                <w:i w:val="0"/>
                <w:color w:val="302C2A"/>
                <w:sz w:val="17"/>
              </w:rPr>
              <w:t>Project West is committed to safeguarding children and expects every volunteer to share this responsibility. Volunteer roles are subject to the legally appropriate level of DBS check and, where eligible, a Children’s Barred List check. A barred person must not apply for or undertake regulated activity from which they are barred. Volunteers must remain within their agreed role and supervision arrangements.</w:t>
            </w:r>
          </w:p>
        </w:tc>
      </w:tr>
    </w:tbl>
    <w:p>
      <w:pPr>
        <w:spacing w:after="0"/>
      </w:pPr>
    </w:p>
    <w:tbl>
      <w:tblPr>
        <w:tblW w:type="dxa" w:w="10000"/>
        <w:jc w:val="left"/>
        <w:tblLayout w:type="fixed"/>
        <w:tblLook w:firstColumn="1" w:firstRow="1" w:lastColumn="0" w:lastRow="0" w:noHBand="0" w:noVBand="1" w:val="04A0"/>
        <w:tblInd w:w="120" w:type="dxa"/>
      </w:tblPr>
      <w:tblGrid>
        <w:gridCol w:w="5600"/>
        <w:gridCol w:w="650"/>
        <w:gridCol w:w="650"/>
        <w:gridCol w:w="3100"/>
      </w:tblGrid>
      <w:tr>
        <w:trPr>
          <w:tblHeader w:val="true"/>
        </w:trPr>
        <w:tc>
          <w:tcPr>
            <w:tcW w:type="dxa" w:w="56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Question</w:t>
            </w:r>
          </w:p>
        </w:tc>
        <w:tc>
          <w:tcPr>
            <w:tcW w:type="dxa" w:w="6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Yes</w:t>
            </w:r>
          </w:p>
        </w:tc>
        <w:tc>
          <w:tcPr>
            <w:tcW w:type="dxa" w:w="6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No</w:t>
            </w:r>
          </w:p>
        </w:tc>
        <w:tc>
          <w:tcPr>
            <w:tcW w:type="dxa" w:w="31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Details or separate confidential information</w:t>
            </w:r>
          </w:p>
        </w:tc>
      </w:tr>
      <w:tr>
        <w:tc>
          <w:tcPr>
            <w:tcW w:type="dxa" w:w="5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Are you barred from working with children or otherwise prohibited from undertaking the role?</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38"/>
                <w:tag w:val="PW_CHECKBOX_1038"/>
                <w:id w:val="103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39"/>
                <w:tag w:val="PW_CHECKBOX_1039"/>
                <w:id w:val="103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3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5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Have you ever been dismissed, removed from duties or resigned while subject to a safeguarding investigation or allegation?</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0"/>
                <w:tag w:val="PW_CHECKBOX_1040"/>
                <w:id w:val="104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1"/>
                <w:tag w:val="PW_CHECKBOX_1041"/>
                <w:id w:val="1041"/>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3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5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Have you been subject to disciplinary, capability, regulatory or professional proceedings relevant to work with children or families?</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2"/>
                <w:tag w:val="PW_CHECKBOX_1042"/>
                <w:id w:val="1042"/>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3"/>
                <w:tag w:val="PW_CHECKBOX_1043"/>
                <w:id w:val="104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3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5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Is any safeguarding, disciplinary, criminal or regulatory investigation currently outstanding?</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4"/>
                <w:tag w:val="PW_CHECKBOX_1044"/>
                <w:id w:val="104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5"/>
                <w:tag w:val="PW_CHECKBOX_1045"/>
                <w:id w:val="104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3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5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Has a professional registration, licence or approval ever been refused, restricted, suspended or removed?</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6"/>
                <w:tag w:val="PW_CHECKBOX_1046"/>
                <w:id w:val="104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7"/>
                <w:tag w:val="PW_CHECKBOX_1047"/>
                <w:id w:val="104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3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5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Are you aware of any personal, family or professional conflict of interest relevant to Project West?</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8"/>
                <w:tag w:val="PW_CHECKBOX_1048"/>
                <w:id w:val="104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9"/>
                <w:tag w:val="PW_CHECKBOX_1049"/>
                <w:id w:val="104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3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Details of any Yes response</w:t>
            </w:r>
          </w:p>
          <w:p>
            <w:pPr>
              <w:spacing w:after="20"/>
            </w:pPr>
            <w:r>
              <w:rPr>
                <w:rFonts w:ascii="Arial" w:hAnsi="Arial"/>
                <w:b w:val="0"/>
                <w:i/>
                <w:color w:val="6E6662"/>
                <w:sz w:val="16"/>
              </w:rPr>
              <w:t>Provide dates, organisation, nature and outcome. Sensitive information may be supplied in a sealed or separately marked confidential document.</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8" w:color="C9B7AE"/>
              <w:left w:val="single" w:sz="8" w:color="C9B7AE"/>
              <w:bottom w:val="single" w:sz="8" w:color="C9B7AE"/>
              <w:right w:val="single" w:sz="8" w:color="C9B7AE"/>
              <w:insideH w:val="single" w:sz="8" w:color="C9B7AE"/>
              <w:insideV w:val="single" w:sz="8" w:color="C9B7AE"/>
            </w:tcBorders>
            <w:vAlign w:val="center"/>
            <w:shd w:fill="FBF6F3"/>
          </w:tcPr>
          <w:p>
            <w:pPr>
              <w:spacing w:after="40"/>
            </w:pPr>
            <w:r/>
            <w:r>
              <w:rPr>
                <w:rFonts w:ascii="Arial" w:hAnsi="Arial"/>
                <w:b/>
                <w:i w:val="0"/>
                <w:color w:val="8E4634"/>
                <w:sz w:val="18"/>
              </w:rPr>
              <w:t>Criminal-record self-declaration</w:t>
            </w:r>
          </w:p>
          <w:p>
            <w:pPr>
              <w:spacing w:after="0"/>
            </w:pPr>
            <w:r>
              <w:rPr>
                <w:rFonts w:ascii="Arial" w:hAnsi="Arial"/>
                <w:b w:val="0"/>
                <w:i w:val="0"/>
                <w:color w:val="302C2A"/>
                <w:sz w:val="17"/>
              </w:rPr>
              <w:t>Where the role is eligible, shortlisted candidates or candidates receiving a conditional volunteer placement offer may be asked to complete a separate confidential criminal-record self-declaration using wording appropriate to the Rehabilitation of Offenders Act, filtering rules and the role. Do not provide conviction or caution details in this application form unless Project West specifically requests them through that process.</w:t>
            </w:r>
          </w:p>
        </w:tc>
      </w:tr>
    </w:tbl>
    <w:p>
      <w:pPr>
        <w:spacing w:after="0"/>
      </w:pPr>
    </w:p>
    <w:p>
      <w:r>
        <w:br w:type="page"/>
      </w:r>
    </w:p>
    <w:p>
      <w:pPr>
        <w:pStyle w:val="Heading1"/>
        <w:keepNext/>
        <w:shd w:fill="B45F45"/>
        <w:ind w:left="120" w:right="120"/>
      </w:pPr>
      <w:r>
        <w:rPr>
          <w:rFonts w:ascii="Arial" w:hAnsi="Arial"/>
          <w:b/>
          <w:i w:val="0"/>
          <w:color w:val="FFFFFF"/>
          <w:sz w:val="27"/>
        </w:rPr>
        <w:t>8  REFERENCES</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8" w:color="C9B7AE"/>
              <w:left w:val="single" w:sz="8" w:color="C9B7AE"/>
              <w:bottom w:val="single" w:sz="8" w:color="C9B7AE"/>
              <w:right w:val="single" w:sz="8" w:color="C9B7AE"/>
              <w:insideH w:val="single" w:sz="8" w:color="C9B7AE"/>
              <w:insideV w:val="single" w:sz="8" w:color="C9B7AE"/>
            </w:tcBorders>
            <w:vAlign w:val="center"/>
            <w:shd w:fill="FBF6F3"/>
          </w:tcPr>
          <w:p>
            <w:pPr>
              <w:spacing w:after="40"/>
            </w:pPr>
            <w:r/>
            <w:r>
              <w:rPr>
                <w:rFonts w:ascii="Arial" w:hAnsi="Arial"/>
                <w:b/>
                <w:i w:val="0"/>
                <w:color w:val="8E4634"/>
                <w:sz w:val="18"/>
              </w:rPr>
              <w:t>Reference requirements</w:t>
            </w:r>
          </w:p>
          <w:p>
            <w:pPr>
              <w:spacing w:after="0"/>
            </w:pPr>
            <w:r>
              <w:rPr>
                <w:rFonts w:ascii="Arial" w:hAnsi="Arial"/>
                <w:b w:val="0"/>
                <w:i w:val="0"/>
                <w:color w:val="302C2A"/>
                <w:sz w:val="17"/>
              </w:rPr>
              <w:t>Give two suitable referees. The first should normally be your current or most recent employer, education provider or volunteer manager and must be authorised to provide an organisational reference. If you have previously worked or volunteered with children, one referee should normally be from your most recent children’s role. Referees must not be relatives, friends or colleagues without authority to respond. Project West may contact relevant organisations to clarify safeguarding or history information.</w:t>
            </w:r>
          </w:p>
        </w:tc>
      </w:tr>
    </w:tbl>
    <w:p>
      <w:pPr>
        <w:spacing w:after="0"/>
      </w:pPr>
    </w:p>
    <w:p>
      <w:pPr>
        <w:pStyle w:val="Heading1"/>
        <w:keepNext/>
        <w:shd w:fill="B45F45"/>
        <w:ind w:left="120" w:right="120"/>
      </w:pPr>
      <w:r>
        <w:rPr>
          <w:rFonts w:ascii="Arial" w:hAnsi="Arial"/>
          <w:b/>
          <w:i w:val="0"/>
          <w:color w:val="FFFFFF"/>
          <w:sz w:val="27"/>
        </w:rPr>
        <w:t>8A  REFEREE 1: EMPLOYER, EDUCATION PROVIDER OR VOLUNTEER MANAGER</w:t>
      </w: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Name and job title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Organisation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Full work address and postcode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Work email and telephone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Relationship to applicant / dates known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May we contact before interview?</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0"/>
                <w:tag w:val="PW_CHECKBOX_1050"/>
                <w:id w:val="105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w:t>
            </w:r>
            <w:sdt>
              <w:sdtPr>
                <w:alias w:val="Checkbox 1051"/>
                <w:tag w:val="PW_CHECKBOX_1051"/>
                <w:id w:val="105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w:t>
            </w:r>
          </w:p>
        </w:tc>
      </w:tr>
    </w:tbl>
    <w:p>
      <w:pPr>
        <w:pStyle w:val="Heading1"/>
        <w:keepNext/>
        <w:shd w:fill="B45F45"/>
        <w:ind w:left="120" w:right="120"/>
      </w:pPr>
      <w:r>
        <w:rPr>
          <w:rFonts w:ascii="Arial" w:hAnsi="Arial"/>
          <w:b/>
          <w:i w:val="0"/>
          <w:color w:val="FFFFFF"/>
          <w:sz w:val="27"/>
        </w:rPr>
        <w:t>8B  REFEREE 2: RECENT CHILDREN’S ROLE OR OTHER PROFESSIONAL REFEREE</w:t>
      </w: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Name and job title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Organisation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Full work address and postcode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Work email and telephone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Relationship to applicant / dates known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May we contact before interview?</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2"/>
                <w:tag w:val="PW_CHECKBOX_1052"/>
                <w:id w:val="105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w:t>
            </w:r>
            <w:sdt>
              <w:sdtPr>
                <w:alias w:val="Checkbox 1053"/>
                <w:tag w:val="PW_CHECKBOX_1053"/>
                <w:id w:val="105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w:t>
            </w:r>
          </w:p>
        </w:tc>
      </w:tr>
    </w:tbl>
    <w:p>
      <w:pPr>
        <w:pStyle w:val="Heading1"/>
        <w:keepNext/>
        <w:shd w:fill="B45F45"/>
        <w:ind w:left="120" w:right="120"/>
      </w:pPr>
      <w:r>
        <w:rPr>
          <w:rFonts w:ascii="Arial" w:hAnsi="Arial"/>
          <w:b/>
          <w:i w:val="0"/>
          <w:color w:val="FFFFFF"/>
          <w:sz w:val="27"/>
        </w:rPr>
        <w:t>9  RELATIONSHIPS, CONFLICTS AND PREVIOUS PROJECT WEST INVOLVEMENT</w:t>
      </w: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Previously applied, volunteered or worked for Project West?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4"/>
                <w:tag w:val="PW_CHECKBOX_1054"/>
                <w:id w:val="105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   </w:t>
            </w:r>
            <w:sdt>
              <w:sdtPr>
                <w:alias w:val="Checkbox 1055"/>
                <w:tag w:val="PW_CHECKBOX_1055"/>
                <w:id w:val="105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Role / dates / name used:</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Relative or close associate at Project West?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6"/>
                <w:tag w:val="PW_CHECKBOX_1056"/>
                <w:id w:val="105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   </w:t>
            </w:r>
            <w:sdt>
              <w:sdtPr>
                <w:alias w:val="Checkbox 1057"/>
                <w:tag w:val="PW_CHECKBOX_1057"/>
                <w:id w:val="105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Name / relationship:</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Current work that may create a conflict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8"/>
                <w:tag w:val="PW_CHECKBOX_1058"/>
                <w:id w:val="105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   </w:t>
            </w:r>
            <w:sdt>
              <w:sdtPr>
                <w:alias w:val="Checkbox 1059"/>
                <w:tag w:val="PW_CHECKBOX_1059"/>
                <w:id w:val="105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Details, including work with families or agencies connected to Project West:</w:t>
            </w:r>
          </w:p>
        </w:tc>
      </w:tr>
    </w:tbl>
    <w:p>
      <w:r>
        <w:br w:type="page"/>
      </w:r>
    </w:p>
    <w:p>
      <w:pPr>
        <w:pStyle w:val="Heading1"/>
        <w:keepNext/>
        <w:shd w:fill="B45F45"/>
        <w:ind w:left="120" w:right="120"/>
      </w:pPr>
      <w:r>
        <w:rPr>
          <w:rFonts w:ascii="Arial" w:hAnsi="Arial"/>
          <w:b/>
          <w:i w:val="0"/>
          <w:color w:val="FFFFFF"/>
          <w:sz w:val="27"/>
        </w:rPr>
        <w:t>10  APPLICATION PROCESS ADJUSTMENTS</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8" w:color="C9B7AE"/>
              <w:left w:val="single" w:sz="8" w:color="C9B7AE"/>
              <w:bottom w:val="single" w:sz="8" w:color="C9B7AE"/>
              <w:right w:val="single" w:sz="8" w:color="C9B7AE"/>
              <w:insideH w:val="single" w:sz="8" w:color="C9B7AE"/>
              <w:insideV w:val="single" w:sz="8" w:color="C9B7AE"/>
            </w:tcBorders>
            <w:vAlign w:val="center"/>
            <w:shd w:fill="FBF6F3"/>
          </w:tcPr>
          <w:p>
            <w:pPr>
              <w:spacing w:after="40"/>
            </w:pPr>
            <w:r/>
            <w:r>
              <w:rPr>
                <w:rFonts w:ascii="Arial" w:hAnsi="Arial"/>
                <w:b/>
                <w:i w:val="0"/>
                <w:color w:val="8E4634"/>
                <w:sz w:val="18"/>
              </w:rPr>
              <w:t>Health and disability information</w:t>
            </w:r>
          </w:p>
          <w:p>
            <w:pPr>
              <w:spacing w:after="0"/>
            </w:pPr>
            <w:r>
              <w:rPr>
                <w:rFonts w:ascii="Arial" w:hAnsi="Arial"/>
                <w:b w:val="0"/>
                <w:i w:val="0"/>
                <w:color w:val="302C2A"/>
                <w:sz w:val="17"/>
              </w:rPr>
              <w:t>At application stage, Project West asks only what is necessary to make the selection process accessible. Do not provide a medical history. Any role-related health assessment will normally take place only after a conditional placement offer and will be handled confidentially.</w:t>
            </w:r>
          </w:p>
        </w:tc>
      </w:tr>
    </w:tbl>
    <w:p>
      <w:pPr>
        <w:spacing w:after="0"/>
      </w:pP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Recruitment adjustment required?</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0"/>
                <w:tag w:val="PW_CHECKBOX_1060"/>
                <w:id w:val="106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   </w:t>
            </w:r>
            <w:sdt>
              <w:sdtPr>
                <w:alias w:val="Checkbox 1061"/>
                <w:tag w:val="PW_CHECKBOX_1061"/>
                <w:id w:val="106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Tell us what would assist you at interview, assessment or during communication:</w:t>
            </w:r>
          </w:p>
        </w:tc>
      </w:tr>
    </w:tbl>
    <w:p>
      <w:pPr>
        <w:pStyle w:val="Heading1"/>
        <w:keepNext/>
        <w:shd w:fill="B45F45"/>
        <w:ind w:left="120" w:right="120"/>
      </w:pPr>
      <w:r>
        <w:rPr>
          <w:rFonts w:ascii="Arial" w:hAnsi="Arial"/>
          <w:b/>
          <w:i w:val="0"/>
          <w:color w:val="FFFFFF"/>
          <w:sz w:val="27"/>
        </w:rPr>
        <w:t>11  APPLICANT DECLARATION</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8" w:color="D6B656"/>
              <w:left w:val="single" w:sz="8" w:color="D6B656"/>
              <w:bottom w:val="single" w:sz="8" w:color="D6B656"/>
              <w:right w:val="single" w:sz="8" w:color="D6B656"/>
              <w:insideH w:val="single" w:sz="8" w:color="D6B656"/>
              <w:insideV w:val="single" w:sz="8" w:color="D6B656"/>
            </w:tcBorders>
            <w:vAlign w:val="center"/>
            <w:shd w:fill="FFF2CC"/>
          </w:tcPr>
          <w:p>
            <w:pPr>
              <w:spacing w:after="40"/>
            </w:pPr>
            <w:r/>
            <w:r>
              <w:rPr>
                <w:rFonts w:ascii="Arial" w:hAnsi="Arial"/>
                <w:b/>
                <w:i w:val="0"/>
                <w:color w:val="8E4634"/>
                <w:sz w:val="18"/>
              </w:rPr>
              <w:t>Please read before signing</w:t>
            </w:r>
          </w:p>
          <w:p>
            <w:pPr>
              <w:spacing w:after="0"/>
            </w:pPr>
            <w:r>
              <w:rPr>
                <w:rFonts w:ascii="Arial" w:hAnsi="Arial"/>
                <w:b w:val="0"/>
                <w:i w:val="0"/>
                <w:color w:val="302C2A"/>
                <w:sz w:val="17"/>
              </w:rPr>
              <w:t>I confirm that the information in this application and any attachments is accurate and complete to the best of my knowledge. I have not omitted information relevant to my suitability to volunteer with children and families. I understand that false, misleading or withheld information may result in withdrawal of an offer, ending of a volunteer placement or referral to an appropriate body. I authorise Project West to verify relevant information, qualifications, activity history and references, and to undertake lawful checks appropriate to the volunteer role. I understand that volunteering does not create a contract of employment. I will promptly disclose any material change while my application is being considered.</w:t>
            </w:r>
          </w:p>
        </w:tc>
      </w:tr>
    </w:tbl>
    <w:p>
      <w:pPr>
        <w:spacing w:after="0"/>
      </w:pP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Applicant name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Signature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Date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Preferred contact method</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2"/>
                <w:tag w:val="PW_CHECKBOX_1062"/>
                <w:id w:val="106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Email   </w:t>
            </w:r>
            <w:sdt>
              <w:sdtPr>
                <w:alias w:val="Checkbox 1063"/>
                <w:tag w:val="PW_CHECKBOX_1063"/>
                <w:id w:val="106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Telephone</w:t>
            </w:r>
          </w:p>
        </w:tc>
      </w:tr>
    </w:tbl>
    <w:p>
      <w:pPr>
        <w:pStyle w:val="Heading1"/>
        <w:keepNext/>
        <w:shd w:fill="B45F45"/>
        <w:ind w:left="120" w:right="120"/>
      </w:pPr>
      <w:r>
        <w:rPr>
          <w:rFonts w:ascii="Arial" w:hAnsi="Arial"/>
          <w:b/>
          <w:i w:val="0"/>
          <w:color w:val="FFFFFF"/>
          <w:sz w:val="27"/>
        </w:rPr>
        <w:t>12  PROJECT WEST OFFICE USE ONLY</w:t>
      </w: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Date received / application reference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Application complete?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4"/>
                <w:tag w:val="PW_CHECKBOX_1064"/>
                <w:id w:val="106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w:t>
            </w:r>
            <w:sdt>
              <w:sdtPr>
                <w:alias w:val="Checkbox 1065"/>
                <w:tag w:val="PW_CHECKBOX_1065"/>
                <w:id w:val="106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   Missing information:</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Shortlisting decision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6"/>
                <w:tag w:val="PW_CHECKBOX_1066"/>
                <w:id w:val="106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Informal interview   </w:t>
            </w:r>
            <w:sdt>
              <w:sdtPr>
                <w:alias w:val="Checkbox 1067"/>
                <w:tag w:val="PW_CHECKBOX_1067"/>
                <w:id w:val="106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Hold   </w:t>
            </w:r>
            <w:sdt>
              <w:sdtPr>
                <w:alias w:val="Checkbox 1068"/>
                <w:tag w:val="PW_CHECKBOX_1068"/>
                <w:id w:val="106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Not shortlisted</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Identity / permission to volunteer</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9"/>
                <w:tag w:val="PW_CHECKBOX_1069"/>
                <w:id w:val="106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Verified   </w:t>
            </w:r>
            <w:sdt>
              <w:sdtPr>
                <w:alias w:val="Checkbox 1070"/>
                <w:tag w:val="PW_CHECKBOX_1070"/>
                <w:id w:val="107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Outstanding   </w:t>
            </w:r>
            <w:sdt>
              <w:sdtPr>
                <w:alias w:val="Checkbox 1071"/>
                <w:tag w:val="PW_CHECKBOX_1071"/>
                <w:id w:val="107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Not applicable   Date / checked by:</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References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2"/>
                <w:tag w:val="PW_CHECKBOX_1072"/>
                <w:id w:val="107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Satisfactory   </w:t>
            </w:r>
            <w:sdt>
              <w:sdtPr>
                <w:alias w:val="Checkbox 1073"/>
                <w:tag w:val="PW_CHECKBOX_1073"/>
                <w:id w:val="107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Outstanding   </w:t>
            </w:r>
            <w:sdt>
              <w:sdtPr>
                <w:alias w:val="Checkbox 1074"/>
                <w:tag w:val="PW_CHECKBOX_1074"/>
                <w:id w:val="107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Concern escalated</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Qualifications / registration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5"/>
                <w:tag w:val="PW_CHECKBOX_1075"/>
                <w:id w:val="107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Verified   </w:t>
            </w:r>
            <w:sdt>
              <w:sdtPr>
                <w:alias w:val="Checkbox 1076"/>
                <w:tag w:val="PW_CHECKBOX_1076"/>
                <w:id w:val="107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Not applicable   </w:t>
            </w:r>
            <w:sdt>
              <w:sdtPr>
                <w:alias w:val="Checkbox 1077"/>
                <w:tag w:val="PW_CHECKBOX_1077"/>
                <w:id w:val="107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Outstanding</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DBS / barred-list eligibility and status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Level required / application or Update Service details / outcome:</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Other checks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8"/>
                <w:tag w:val="PW_CHECKBOX_1078"/>
                <w:id w:val="107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Overseas check   </w:t>
            </w:r>
            <w:sdt>
              <w:sdtPr>
                <w:alias w:val="Checkbox 1079"/>
                <w:tag w:val="PW_CHECKBOX_1079"/>
                <w:id w:val="107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Driving documents   </w:t>
            </w:r>
            <w:sdt>
              <w:sdtPr>
                <w:alias w:val="Checkbox 1080"/>
                <w:tag w:val="PW_CHECKBOX_1080"/>
                <w:id w:val="108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Occupational health   </w:t>
            </w:r>
            <w:sdt>
              <w:sdtPr>
                <w:alias w:val="Checkbox 1081"/>
                <w:tag w:val="PW_CHECKBOX_1081"/>
                <w:id w:val="108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Induction / role agreement / supervision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Named supervisor, start arrangements and outstanding actions:</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Final placement decision / authorisation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bl>
    <w:p>
      <w:pPr>
        <w:spacing w:before="160" w:after="40"/>
        <w:jc w:val="center"/>
      </w:pPr>
      <w:r>
        <w:rPr>
          <w:rFonts w:ascii="Arial" w:hAnsi="Arial"/>
          <w:b/>
          <w:i w:val="0"/>
          <w:color w:val="8E4634"/>
          <w:sz w:val="18"/>
        </w:rPr>
        <w:t>Return securely to: admin@projectwest.co.uk</w:t>
      </w:r>
    </w:p>
    <w:p>
      <w:pPr>
        <w:jc w:val="center"/>
      </w:pPr>
      <w:r>
        <w:rPr>
          <w:rFonts w:ascii="Arial" w:hAnsi="Arial"/>
          <w:b w:val="0"/>
          <w:i w:val="0"/>
          <w:color w:val="6E6662"/>
          <w:sz w:val="15"/>
        </w:rPr>
        <w:t>Project West Assessment &amp; Contact Services | Volunteer Application Version 2026.1</w:t>
      </w:r>
    </w:p>
    <w:sectPr w:rsidR="00FC693F" w:rsidRPr="0006063C" w:rsidSect="00034616">
      <w:headerReference w:type="default" r:id="rId9"/>
      <w:footerReference w:type="default" r:id="rId10"/>
      <w:pgSz w:w="11906" w:h="16838"/>
      <w:pgMar w:top="893" w:right="936" w:bottom="893" w:left="936" w:header="403"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6E6662"/>
        <w:sz w:val="14"/>
      </w:rPr>
      <w:t xml:space="preserve">27 Sandringham Road, Northolt Village, UB5 5HN  |  020 8422 8184  |  info@projectwest.co.uk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i w:val="0"/>
        <w:color w:val="B45F45"/>
        <w:sz w:val="15"/>
      </w:rPr>
      <w:t>PROJECT WEST ASSESSMENT &amp; CONTACT SERVICES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pPr>
    <w:rPr>
      <w:rFonts w:ascii="Arial" w:hAnsi="Arial"/>
      <w:color w:val="302C2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al" w:hAnsi="Arial"/>
      <w:b/>
      <w:bCs/>
      <w:color w:val="8E4634"/>
      <w:sz w:val="27"/>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b/>
      <w:bCs/>
      <w:color w:val="8E4634"/>
      <w:sz w:val="23"/>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Arial" w:hAnsi="Arial"/>
      <w:b/>
      <w:bCs/>
      <w:color w:val="8E4634"/>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80" w:line="252" w:lineRule="auto"/>
    </w:pPr>
    <w:rPr>
      <w:rFonts w:ascii="Arial" w:hAnsi="Arial"/>
      <w:color w:val="6E6662"/>
      <w:sz w:val="17"/>
    </w:rPr>
  </w:style>
  <w:style w:type="paragraph" w:customStyle="1" w:styleId="CheckItem">
    <w:name w:val="Check Item"/>
    <w:pPr>
      <w:spacing w:after="40" w:line="252" w:lineRule="auto"/>
      <w:ind w:left="173" w:hanging="173"/>
    </w:pPr>
    <w:rPr>
      <w:rFonts w:ascii="Arial" w:hAnsi="Arial"/>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West Volunteer Application Form 2026</dc:title>
  <dc:subject>Safer recruitment application for volunteer roles</dc:subject>
  <dc:creator>Project West Assessment &amp; Contact Services</dc:creator>
  <cp:keywords>volunteer application, safer recruitment, safeguarding, Project West</cp:keywords>
  <dc:description>generated by python-docx</dc:description>
  <cp:lastModifiedBy/>
  <cp:revision>1</cp:revision>
  <dcterms:created xsi:type="dcterms:W3CDTF">2013-12-23T23:15:00Z</dcterms:created>
  <dcterms:modified xsi:type="dcterms:W3CDTF">2013-12-23T23:15:00Z</dcterms:modified>
  <cp:category/>
</cp:coreProperties>
</file>