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00" w:after="60"/>
        <w:jc w:val="center"/>
      </w:pPr>
      <w:r>
        <w:rPr>
          <w:rFonts w:ascii="Arial" w:hAnsi="Arial"/>
          <w:b/>
          <w:color w:val="A6533F"/>
          <w:sz w:val="38"/>
        </w:rPr>
        <w:t>FAMILY TIME ASSESSMENTS AND</w:t>
        <w:br/>
        <w:t>PROGRESS REVIEWS</w:t>
      </w:r>
    </w:p>
    <w:p>
      <w:pPr>
        <w:spacing w:after="180"/>
        <w:jc w:val="center"/>
      </w:pPr>
      <w:r>
        <w:rPr>
          <w:rFonts w:ascii="Arial" w:hAnsi="Arial"/>
          <w:b/>
          <w:sz w:val="24"/>
        </w:rPr>
        <w:t>Initial Enquiry Form</w:t>
      </w:r>
    </w:p>
    <w:p>
      <w:pPr>
        <w:spacing w:after="120"/>
      </w:pPr>
      <w:r>
        <w:t>Use this form to make an initial enquiry about a Family Time Assessment, Progress Review or related structured observation. Project West will review the information, confirm whether the work appears suitable and advise what further information or formal referral documentation is required.</w:t>
      </w:r>
    </w:p>
    <w:p>
      <w:pPr>
        <w:pStyle w:val="Heading1"/>
      </w:pPr>
      <w:r>
        <w:t>1. Enquiry details</w:t>
      </w:r>
    </w:p>
    <w:tbl>
      <w:tblPr>
        <w:tblW w:type="auto" w:w="0"/>
        <w:jc w:val="center"/>
        <w:tblLayout w:type="fixed"/>
        <w:tblLook w:firstColumn="1" w:firstRow="1" w:lastColumn="0" w:lastRow="0" w:noHBand="0" w:noVBand="1" w:val="04A0"/>
      </w:tblPr>
      <w:tblGrid>
        <w:gridCol w:w="4819"/>
        <w:gridCol w:w="4819"/>
      </w:tblGrid>
      <w:tr>
        <w:tc>
          <w:tcPr>
            <w:tcW w:type="dxa" w:w="2948"/>
            <w:tcMar>
              <w:top w:w="110" w:type="dxa"/>
              <w:start w:w="120" w:type="dxa"/>
              <w:bottom w:w="110" w:type="dxa"/>
              <w:end w:w="120" w:type="dxa"/>
            </w:tcMar>
            <w:vAlign w:val="center"/>
            <w:shd w:fill="A6533F"/>
          </w:tcPr>
          <w:p>
            <w:pPr>
              <w:spacing w:after="0"/>
            </w:pPr>
            <w:r>
              <w:rPr>
                <w:rFonts w:ascii="Arial" w:hAnsi="Arial"/>
                <w:b/>
                <w:color w:val="FFFFFF"/>
                <w:sz w:val="18"/>
              </w:rPr>
              <w:t>Type of enquiry</w:t>
            </w:r>
          </w:p>
        </w:tc>
        <w:tc>
          <w:tcPr>
            <w:tcW w:type="dxa" w:w="6406"/>
            <w:tcMar>
              <w:top w:w="110" w:type="dxa"/>
              <w:start w:w="120" w:type="dxa"/>
              <w:bottom w:w="110" w:type="dxa"/>
              <w:end w:w="120" w:type="dxa"/>
            </w:tcMar>
            <w:vAlign w:val="center"/>
            <w:shd w:fill="F5EEE9"/>
          </w:tcPr>
          <w:p>
            <w:pPr>
              <w:spacing w:after="0"/>
            </w:pPr>
            <w:sdt>
              <w:sdtPr>
                <w:alias w:val="TYPE_ASSESS"/>
                <w:tag w:val="TYPE_ASSESS"/>
                <w:id w:val="500000"/>
                <w14:checkbox>
                  <w14:checked w14:val="0"/>
                  <w14:checkedState w14:val="2612" w14:font="MS Gothic"/>
                  <w14:uncheckedState w14:val="2610" w14:font="MS Gothic"/>
                </w14:checkbox>
              </w:sdtPr>
              <w:sdtContent>
                <w:r>
                  <w:rPr>
                    <w:rFonts w:ascii="Arial" w:hAnsi="Arial"/>
                    <w:color w:val="333333"/>
                    <w:sz w:val="19"/>
                  </w:rPr>
                  <w:t>☐</w:t>
                </w:r>
              </w:sdtContent>
            </w:sdt>
            <w:r>
              <w:rPr>
                <w:rFonts w:ascii="Arial" w:hAnsi="Arial"/>
                <w:color w:val="333333"/>
                <w:sz w:val="19"/>
              </w:rPr>
              <w:t xml:space="preserve"> Family Time Assessment    </w:t>
            </w:r>
            <w:sdt>
              <w:sdtPr>
                <w:alias w:val="TYPE_REVIEW"/>
                <w:tag w:val="TYPE_REVIEW"/>
                <w:id w:val="500001"/>
                <w14:checkbox>
                  <w14:checked w14:val="0"/>
                  <w14:checkedState w14:val="2612" w14:font="MS Gothic"/>
                  <w14:uncheckedState w14:val="2610" w14:font="MS Gothic"/>
                </w14:checkbox>
              </w:sdtPr>
              <w:sdtContent>
                <w:r>
                  <w:rPr>
                    <w:rFonts w:ascii="Arial" w:hAnsi="Arial"/>
                    <w:color w:val="333333"/>
                    <w:sz w:val="19"/>
                  </w:rPr>
                  <w:t>☐</w:t>
                </w:r>
              </w:sdtContent>
            </w:sdt>
            <w:r>
              <w:rPr>
                <w:rFonts w:ascii="Arial" w:hAnsi="Arial"/>
                <w:color w:val="333333"/>
                <w:sz w:val="19"/>
              </w:rPr>
              <w:t xml:space="preserve"> Progress Review    </w:t>
            </w:r>
            <w:sdt>
              <w:sdtPr>
                <w:alias w:val="TYPE_OBSERVE"/>
                <w:tag w:val="TYPE_OBSERVE"/>
                <w:id w:val="500002"/>
                <w14:checkbox>
                  <w14:checked w14:val="0"/>
                  <w14:checkedState w14:val="2612" w14:font="MS Gothic"/>
                  <w14:uncheckedState w14:val="2610" w14:font="MS Gothic"/>
                </w14:checkbox>
              </w:sdtPr>
              <w:sdtContent>
                <w:r>
                  <w:rPr>
                    <w:rFonts w:ascii="Arial" w:hAnsi="Arial"/>
                    <w:color w:val="333333"/>
                    <w:sz w:val="19"/>
                  </w:rPr>
                  <w:t>☐</w:t>
                </w:r>
              </w:sdtContent>
            </w:sdt>
            <w:r>
              <w:rPr>
                <w:rFonts w:ascii="Arial" w:hAnsi="Arial"/>
                <w:color w:val="333333"/>
                <w:sz w:val="19"/>
              </w:rPr>
              <w:t xml:space="preserve"> Structured Observation    </w:t>
            </w:r>
            <w:sdt>
              <w:sdtPr>
                <w:alias w:val="TYPE_OTHER"/>
                <w:tag w:val="TYPE_OTHER"/>
                <w:id w:val="500003"/>
                <w14:checkbox>
                  <w14:checked w14:val="0"/>
                  <w14:checkedState w14:val="2612" w14:font="MS Gothic"/>
                  <w14:uncheckedState w14:val="2610" w14:font="MS Gothic"/>
                </w14:checkbox>
              </w:sdtPr>
              <w:sdtContent>
                <w:r>
                  <w:rPr>
                    <w:rFonts w:ascii="Arial" w:hAnsi="Arial"/>
                    <w:color w:val="333333"/>
                    <w:sz w:val="19"/>
                  </w:rPr>
                  <w:t>☐</w:t>
                </w:r>
              </w:sdtContent>
            </w:sdt>
            <w:r>
              <w:rPr>
                <w:rFonts w:ascii="Arial" w:hAnsi="Arial"/>
                <w:color w:val="333333"/>
                <w:sz w:val="19"/>
              </w:rPr>
              <w:t xml:space="preserve"> Other</w:t>
            </w:r>
          </w:p>
        </w:tc>
      </w:tr>
      <w:tr>
        <w:tc>
          <w:tcPr>
            <w:tcW w:type="dxa" w:w="2948"/>
            <w:tcMar>
              <w:top w:w="110" w:type="dxa"/>
              <w:start w:w="120" w:type="dxa"/>
              <w:bottom w:w="110" w:type="dxa"/>
              <w:end w:w="120" w:type="dxa"/>
            </w:tcMar>
            <w:vAlign w:val="center"/>
            <w:shd w:fill="A6533F"/>
          </w:tcPr>
          <w:p>
            <w:pPr>
              <w:spacing w:after="0"/>
            </w:pPr>
            <w:r>
              <w:rPr>
                <w:rFonts w:ascii="Arial" w:hAnsi="Arial"/>
                <w:b/>
                <w:color w:val="FFFFFF"/>
                <w:sz w:val="18"/>
              </w:rPr>
              <w:t>Date of enquiry</w:t>
            </w:r>
          </w:p>
        </w:tc>
        <w:tc>
          <w:tcPr>
            <w:tcW w:type="dxa" w:w="6406"/>
            <w:tcMar>
              <w:top w:w="110" w:type="dxa"/>
              <w:start w:w="120" w:type="dxa"/>
              <w:bottom w:w="110" w:type="dxa"/>
              <w:end w:w="120" w:type="dxa"/>
            </w:tcMar>
            <w:vAlign w:val="center"/>
            <w:shd w:fill="F5EEE9"/>
          </w:tcPr>
          <w:p>
            <w:pPr>
              <w:spacing w:after="0"/>
            </w:pPr>
            <w:r>
              <w:rPr>
                <w:rFonts w:ascii="Arial" w:hAnsi="Arial"/>
                <w:color w:val="333333"/>
                <w:sz w:val="19"/>
              </w:rPr>
              <w:t xml:space="preserve"> </w:t>
            </w:r>
          </w:p>
        </w:tc>
      </w:tr>
      <w:tr>
        <w:tc>
          <w:tcPr>
            <w:tcW w:type="dxa" w:w="2948"/>
            <w:tcMar>
              <w:top w:w="110" w:type="dxa"/>
              <w:start w:w="120" w:type="dxa"/>
              <w:bottom w:w="110" w:type="dxa"/>
              <w:end w:w="120" w:type="dxa"/>
            </w:tcMar>
            <w:vAlign w:val="center"/>
            <w:shd w:fill="A6533F"/>
          </w:tcPr>
          <w:p>
            <w:pPr>
              <w:spacing w:after="0"/>
            </w:pPr>
            <w:r>
              <w:rPr>
                <w:rFonts w:ascii="Arial" w:hAnsi="Arial"/>
                <w:b/>
                <w:color w:val="FFFFFF"/>
                <w:sz w:val="18"/>
              </w:rPr>
              <w:t>Urgency</w:t>
            </w:r>
          </w:p>
        </w:tc>
        <w:tc>
          <w:tcPr>
            <w:tcW w:type="dxa" w:w="6406"/>
            <w:tcMar>
              <w:top w:w="110" w:type="dxa"/>
              <w:start w:w="120" w:type="dxa"/>
              <w:bottom w:w="110" w:type="dxa"/>
              <w:end w:w="120" w:type="dxa"/>
            </w:tcMar>
            <w:vAlign w:val="center"/>
            <w:shd w:fill="F5EEE9"/>
          </w:tcPr>
          <w:p>
            <w:pPr>
              <w:spacing w:after="0"/>
            </w:pPr>
            <w:sdt>
              <w:sdtPr>
                <w:alias w:val="URG_ROUTINE"/>
                <w:tag w:val="URG_ROUTINE"/>
                <w:id w:val="500004"/>
                <w14:checkbox>
                  <w14:checked w14:val="0"/>
                  <w14:checkedState w14:val="2612" w14:font="MS Gothic"/>
                  <w14:uncheckedState w14:val="2610" w14:font="MS Gothic"/>
                </w14:checkbox>
              </w:sdtPr>
              <w:sdtContent>
                <w:r>
                  <w:rPr>
                    <w:rFonts w:ascii="Arial" w:hAnsi="Arial"/>
                    <w:color w:val="333333"/>
                    <w:sz w:val="19"/>
                  </w:rPr>
                  <w:t>☐</w:t>
                </w:r>
              </w:sdtContent>
            </w:sdt>
            <w:r>
              <w:rPr>
                <w:rFonts w:ascii="Arial" w:hAnsi="Arial"/>
                <w:color w:val="333333"/>
                <w:sz w:val="19"/>
              </w:rPr>
              <w:t xml:space="preserve"> Routine    </w:t>
            </w:r>
            <w:sdt>
              <w:sdtPr>
                <w:alias w:val="URG_URGENT"/>
                <w:tag w:val="URG_URGENT"/>
                <w:id w:val="500005"/>
                <w14:checkbox>
                  <w14:checked w14:val="0"/>
                  <w14:checkedState w14:val="2612" w14:font="MS Gothic"/>
                  <w14:uncheckedState w14:val="2610" w14:font="MS Gothic"/>
                </w14:checkbox>
              </w:sdtPr>
              <w:sdtContent>
                <w:r>
                  <w:rPr>
                    <w:rFonts w:ascii="Arial" w:hAnsi="Arial"/>
                    <w:color w:val="333333"/>
                    <w:sz w:val="19"/>
                  </w:rPr>
                  <w:t>☐</w:t>
                </w:r>
              </w:sdtContent>
            </w:sdt>
            <w:r>
              <w:rPr>
                <w:rFonts w:ascii="Arial" w:hAnsi="Arial"/>
                <w:color w:val="333333"/>
                <w:sz w:val="19"/>
              </w:rPr>
              <w:t xml:space="preserve"> Urgent - please explain below</w:t>
            </w:r>
          </w:p>
        </w:tc>
      </w:tr>
      <w:tr>
        <w:tc>
          <w:tcPr>
            <w:tcW w:type="dxa" w:w="2948"/>
            <w:tcMar>
              <w:top w:w="110" w:type="dxa"/>
              <w:start w:w="120" w:type="dxa"/>
              <w:bottom w:w="110" w:type="dxa"/>
              <w:end w:w="120" w:type="dxa"/>
            </w:tcMar>
            <w:vAlign w:val="center"/>
            <w:shd w:fill="A6533F"/>
          </w:tcPr>
          <w:p>
            <w:pPr>
              <w:spacing w:after="0"/>
            </w:pPr>
            <w:r>
              <w:rPr>
                <w:rFonts w:ascii="Arial" w:hAnsi="Arial"/>
                <w:b/>
                <w:color w:val="FFFFFF"/>
                <w:sz w:val="18"/>
              </w:rPr>
              <w:t>Proposed start date</w:t>
            </w:r>
          </w:p>
        </w:tc>
        <w:tc>
          <w:tcPr>
            <w:tcW w:type="dxa" w:w="6406"/>
            <w:tcMar>
              <w:top w:w="110" w:type="dxa"/>
              <w:start w:w="120" w:type="dxa"/>
              <w:bottom w:w="110" w:type="dxa"/>
              <w:end w:w="120" w:type="dxa"/>
            </w:tcMar>
            <w:vAlign w:val="center"/>
            <w:shd w:fill="F5EEE9"/>
          </w:tcPr>
          <w:p>
            <w:pPr>
              <w:spacing w:after="0"/>
            </w:pPr>
            <w:r>
              <w:rPr>
                <w:rFonts w:ascii="Arial" w:hAnsi="Arial"/>
                <w:color w:val="333333"/>
                <w:sz w:val="19"/>
              </w:rPr>
              <w:t xml:space="preserve"> </w:t>
            </w:r>
          </w:p>
        </w:tc>
      </w:tr>
      <w:tr>
        <w:tc>
          <w:tcPr>
            <w:tcW w:type="dxa" w:w="2948"/>
            <w:tcMar>
              <w:top w:w="110" w:type="dxa"/>
              <w:start w:w="120" w:type="dxa"/>
              <w:bottom w:w="110" w:type="dxa"/>
              <w:end w:w="120" w:type="dxa"/>
            </w:tcMar>
            <w:vAlign w:val="center"/>
            <w:shd w:fill="A6533F"/>
          </w:tcPr>
          <w:p>
            <w:pPr>
              <w:spacing w:after="0"/>
            </w:pPr>
            <w:r>
              <w:rPr>
                <w:rFonts w:ascii="Arial" w:hAnsi="Arial"/>
                <w:b/>
                <w:color w:val="FFFFFF"/>
                <w:sz w:val="18"/>
              </w:rPr>
              <w:t>Report required by</w:t>
            </w:r>
          </w:p>
        </w:tc>
        <w:tc>
          <w:tcPr>
            <w:tcW w:type="dxa" w:w="6406"/>
            <w:tcMar>
              <w:top w:w="110" w:type="dxa"/>
              <w:start w:w="120" w:type="dxa"/>
              <w:bottom w:w="110" w:type="dxa"/>
              <w:end w:w="120" w:type="dxa"/>
            </w:tcMar>
            <w:vAlign w:val="center"/>
            <w:shd w:fill="F5EEE9"/>
          </w:tcPr>
          <w:p>
            <w:pPr>
              <w:spacing w:after="0"/>
            </w:pPr>
            <w:r>
              <w:rPr>
                <w:rFonts w:ascii="Arial" w:hAnsi="Arial"/>
                <w:color w:val="333333"/>
                <w:sz w:val="19"/>
              </w:rPr>
              <w:t xml:space="preserve"> </w:t>
            </w:r>
          </w:p>
        </w:tc>
      </w:tr>
      <w:tr>
        <w:tc>
          <w:tcPr>
            <w:tcW w:type="dxa" w:w="2948"/>
            <w:tcMar>
              <w:top w:w="110" w:type="dxa"/>
              <w:start w:w="120" w:type="dxa"/>
              <w:bottom w:w="110" w:type="dxa"/>
              <w:end w:w="120" w:type="dxa"/>
            </w:tcMar>
            <w:vAlign w:val="center"/>
            <w:shd w:fill="A6533F"/>
          </w:tcPr>
          <w:p>
            <w:pPr>
              <w:spacing w:after="0"/>
            </w:pPr>
            <w:r>
              <w:rPr>
                <w:rFonts w:ascii="Arial" w:hAnsi="Arial"/>
                <w:b/>
                <w:color w:val="FFFFFF"/>
                <w:sz w:val="18"/>
              </w:rPr>
              <w:t>Next hearing or meeting date</w:t>
            </w:r>
          </w:p>
        </w:tc>
        <w:tc>
          <w:tcPr>
            <w:tcW w:type="dxa" w:w="6406"/>
            <w:tcMar>
              <w:top w:w="110" w:type="dxa"/>
              <w:start w:w="120" w:type="dxa"/>
              <w:bottom w:w="110" w:type="dxa"/>
              <w:end w:w="120" w:type="dxa"/>
            </w:tcMar>
            <w:vAlign w:val="center"/>
            <w:shd w:fill="F5EEE9"/>
          </w:tcPr>
          <w:p>
            <w:pPr>
              <w:spacing w:after="0"/>
            </w:pPr>
            <w:r>
              <w:rPr>
                <w:rFonts w:ascii="Arial" w:hAnsi="Arial"/>
                <w:color w:val="333333"/>
                <w:sz w:val="19"/>
              </w:rPr>
              <w:t xml:space="preserve"> </w:t>
            </w:r>
          </w:p>
        </w:tc>
      </w:tr>
      <w:tr>
        <w:tc>
          <w:tcPr>
            <w:tcW w:type="dxa" w:w="2948"/>
            <w:tcMar>
              <w:top w:w="110" w:type="dxa"/>
              <w:start w:w="120" w:type="dxa"/>
              <w:bottom w:w="110" w:type="dxa"/>
              <w:end w:w="120" w:type="dxa"/>
            </w:tcMar>
            <w:vAlign w:val="center"/>
            <w:shd w:fill="A6533F"/>
          </w:tcPr>
          <w:p>
            <w:pPr>
              <w:spacing w:after="0"/>
            </w:pPr>
            <w:r>
              <w:rPr>
                <w:rFonts w:ascii="Arial" w:hAnsi="Arial"/>
                <w:b/>
                <w:color w:val="FFFFFF"/>
                <w:sz w:val="18"/>
              </w:rPr>
              <w:t>Is there a court deadline?</w:t>
            </w:r>
          </w:p>
        </w:tc>
        <w:tc>
          <w:tcPr>
            <w:tcW w:type="dxa" w:w="6406"/>
            <w:tcMar>
              <w:top w:w="110" w:type="dxa"/>
              <w:start w:w="120" w:type="dxa"/>
              <w:bottom w:w="110" w:type="dxa"/>
              <w:end w:w="120" w:type="dxa"/>
            </w:tcMar>
            <w:vAlign w:val="center"/>
            <w:shd w:fill="F5EEE9"/>
          </w:tcPr>
          <w:p>
            <w:pPr>
              <w:spacing w:after="0"/>
            </w:pPr>
            <w:sdt>
              <w:sdtPr>
                <w:alias w:val="COURT_Y"/>
                <w:tag w:val="COURT_Y"/>
                <w:id w:val="500006"/>
                <w14:checkbox>
                  <w14:checked w14:val="0"/>
                  <w14:checkedState w14:val="2612" w14:font="MS Gothic"/>
                  <w14:uncheckedState w14:val="2610" w14:font="MS Gothic"/>
                </w14:checkbox>
              </w:sdtPr>
              <w:sdtContent>
                <w:r>
                  <w:rPr>
                    <w:rFonts w:ascii="Arial" w:hAnsi="Arial"/>
                    <w:color w:val="333333"/>
                    <w:sz w:val="19"/>
                  </w:rPr>
                  <w:t>☐</w:t>
                </w:r>
              </w:sdtContent>
            </w:sdt>
            <w:r>
              <w:rPr>
                <w:rFonts w:ascii="Arial" w:hAnsi="Arial"/>
                <w:color w:val="333333"/>
                <w:sz w:val="19"/>
              </w:rPr>
              <w:t xml:space="preserve"> Yes    </w:t>
            </w:r>
            <w:sdt>
              <w:sdtPr>
                <w:alias w:val="COURT_N"/>
                <w:tag w:val="COURT_N"/>
                <w:id w:val="500007"/>
                <w14:checkbox>
                  <w14:checked w14:val="0"/>
                  <w14:checkedState w14:val="2612" w14:font="MS Gothic"/>
                  <w14:uncheckedState w14:val="2610" w14:font="MS Gothic"/>
                </w14:checkbox>
              </w:sdtPr>
              <w:sdtContent>
                <w:r>
                  <w:rPr>
                    <w:rFonts w:ascii="Arial" w:hAnsi="Arial"/>
                    <w:color w:val="333333"/>
                    <w:sz w:val="19"/>
                  </w:rPr>
                  <w:t>☐</w:t>
                </w:r>
              </w:sdtContent>
            </w:sdt>
            <w:r>
              <w:rPr>
                <w:rFonts w:ascii="Arial" w:hAnsi="Arial"/>
                <w:color w:val="333333"/>
                <w:sz w:val="19"/>
              </w:rPr>
              <w:t xml:space="preserve"> No</w:t>
            </w:r>
          </w:p>
        </w:tc>
      </w:tr>
    </w:tbl>
    <w:p>
      <w:pPr>
        <w:keepNext/>
        <w:spacing w:before="120" w:after="60"/>
      </w:pPr>
      <w:r>
        <w:rPr>
          <w:rFonts w:ascii="Arial" w:hAnsi="Arial"/>
          <w:b/>
          <w:color w:val="A6533F"/>
          <w:sz w:val="21"/>
        </w:rPr>
        <w:t>If urgent, please explain why and identify any non-negotiable deadline</w:t>
      </w:r>
    </w:p>
    <w:tbl>
      <w:tblPr>
        <w:tblW w:type="auto" w:w="0"/>
        <w:jc w:val="center"/>
        <w:tblLayout w:type="fixed"/>
        <w:tblLook w:firstColumn="1" w:firstRow="1" w:lastColumn="0" w:lastRow="0" w:noHBand="0" w:noVBand="1" w:val="04A0"/>
      </w:tblPr>
      <w:tblGrid>
        <w:gridCol w:w="9354"/>
      </w:tblGrid>
      <w:tr>
        <w:tc>
          <w:tcPr>
            <w:tcW w:type="dxa" w:w="9638"/>
            <w:tcMar>
              <w:top w:w="120" w:type="dxa"/>
              <w:start w:w="140" w:type="dxa"/>
              <w:bottom w:w="120" w:type="dxa"/>
              <w:end w:w="140" w:type="dxa"/>
            </w:tcMar>
            <w:shd w:fill="FFFFFF"/>
          </w:tcPr>
          <w:p>
            <w:pPr>
              <w:spacing w:after="0"/>
            </w:pPr>
            <w:r>
              <w:rPr>
                <w:rFonts w:ascii="Arial" w:hAnsi="Arial"/>
                <w:color w:val="B8B8B8"/>
                <w:sz w:val="16"/>
              </w:rPr>
              <w:t>________________________________________________________________________________</w:t>
              <w:br/>
            </w:r>
            <w:r>
              <w:rPr>
                <w:rFonts w:ascii="Arial" w:hAnsi="Arial"/>
                <w:color w:val="B8B8B8"/>
                <w:sz w:val="16"/>
              </w:rPr>
              <w:t>________________________________________________________________________________</w:t>
            </w:r>
          </w:p>
        </w:tc>
      </w:tr>
    </w:tbl>
    <w:p>
      <w:pPr>
        <w:pStyle w:val="Heading1"/>
      </w:pPr>
      <w:r>
        <w:t>2. Referrer details</w:t>
      </w:r>
    </w:p>
    <w:tbl>
      <w:tblPr>
        <w:tblW w:type="auto" w:w="0"/>
        <w:jc w:val="center"/>
        <w:tblLayout w:type="fixed"/>
        <w:tblLook w:firstColumn="1" w:firstRow="1" w:lastColumn="0" w:lastRow="0" w:noHBand="0" w:noVBand="1" w:val="04A0"/>
      </w:tblPr>
      <w:tblGrid>
        <w:gridCol w:w="4819"/>
        <w:gridCol w:w="4819"/>
      </w:tblGrid>
      <w:tr>
        <w:tc>
          <w:tcPr>
            <w:tcW w:type="dxa" w:w="2948"/>
            <w:tcMar>
              <w:top w:w="110" w:type="dxa"/>
              <w:start w:w="120" w:type="dxa"/>
              <w:bottom w:w="110" w:type="dxa"/>
              <w:end w:w="120" w:type="dxa"/>
            </w:tcMar>
            <w:vAlign w:val="center"/>
            <w:shd w:fill="A6533F"/>
          </w:tcPr>
          <w:p>
            <w:pPr>
              <w:spacing w:after="0"/>
            </w:pPr>
            <w:r>
              <w:rPr>
                <w:rFonts w:ascii="Arial" w:hAnsi="Arial"/>
                <w:b/>
                <w:color w:val="FFFFFF"/>
                <w:sz w:val="18"/>
              </w:rPr>
              <w:t>Name</w:t>
            </w:r>
          </w:p>
        </w:tc>
        <w:tc>
          <w:tcPr>
            <w:tcW w:type="dxa" w:w="6406"/>
            <w:tcMar>
              <w:top w:w="110" w:type="dxa"/>
              <w:start w:w="120" w:type="dxa"/>
              <w:bottom w:w="110" w:type="dxa"/>
              <w:end w:w="120" w:type="dxa"/>
            </w:tcMar>
            <w:vAlign w:val="center"/>
            <w:shd w:fill="F5EEE9"/>
          </w:tcPr>
          <w:p>
            <w:pPr>
              <w:spacing w:after="0"/>
            </w:pPr>
            <w:r>
              <w:rPr>
                <w:rFonts w:ascii="Arial" w:hAnsi="Arial"/>
                <w:color w:val="333333"/>
                <w:sz w:val="19"/>
              </w:rPr>
              <w:t xml:space="preserve"> </w:t>
            </w:r>
          </w:p>
        </w:tc>
      </w:tr>
      <w:tr>
        <w:tc>
          <w:tcPr>
            <w:tcW w:type="dxa" w:w="2948"/>
            <w:tcMar>
              <w:top w:w="110" w:type="dxa"/>
              <w:start w:w="120" w:type="dxa"/>
              <w:bottom w:w="110" w:type="dxa"/>
              <w:end w:w="120" w:type="dxa"/>
            </w:tcMar>
            <w:vAlign w:val="center"/>
            <w:shd w:fill="A6533F"/>
          </w:tcPr>
          <w:p>
            <w:pPr>
              <w:spacing w:after="0"/>
            </w:pPr>
            <w:r>
              <w:rPr>
                <w:rFonts w:ascii="Arial" w:hAnsi="Arial"/>
                <w:b/>
                <w:color w:val="FFFFFF"/>
                <w:sz w:val="18"/>
              </w:rPr>
              <w:t>Job title and organisation</w:t>
            </w:r>
          </w:p>
        </w:tc>
        <w:tc>
          <w:tcPr>
            <w:tcW w:type="dxa" w:w="6406"/>
            <w:tcMar>
              <w:top w:w="110" w:type="dxa"/>
              <w:start w:w="120" w:type="dxa"/>
              <w:bottom w:w="110" w:type="dxa"/>
              <w:end w:w="120" w:type="dxa"/>
            </w:tcMar>
            <w:vAlign w:val="center"/>
            <w:shd w:fill="F5EEE9"/>
          </w:tcPr>
          <w:p>
            <w:pPr>
              <w:spacing w:after="0"/>
            </w:pPr>
            <w:r>
              <w:rPr>
                <w:rFonts w:ascii="Arial" w:hAnsi="Arial"/>
                <w:color w:val="333333"/>
                <w:sz w:val="19"/>
              </w:rPr>
              <w:t xml:space="preserve"> </w:t>
            </w:r>
          </w:p>
        </w:tc>
      </w:tr>
      <w:tr>
        <w:tc>
          <w:tcPr>
            <w:tcW w:type="dxa" w:w="2948"/>
            <w:tcMar>
              <w:top w:w="110" w:type="dxa"/>
              <w:start w:w="120" w:type="dxa"/>
              <w:bottom w:w="110" w:type="dxa"/>
              <w:end w:w="120" w:type="dxa"/>
            </w:tcMar>
            <w:vAlign w:val="center"/>
            <w:shd w:fill="A6533F"/>
          </w:tcPr>
          <w:p>
            <w:pPr>
              <w:spacing w:after="0"/>
            </w:pPr>
            <w:r>
              <w:rPr>
                <w:rFonts w:ascii="Arial" w:hAnsi="Arial"/>
                <w:b/>
                <w:color w:val="FFFFFF"/>
                <w:sz w:val="18"/>
              </w:rPr>
              <w:t>Team / department</w:t>
            </w:r>
          </w:p>
        </w:tc>
        <w:tc>
          <w:tcPr>
            <w:tcW w:type="dxa" w:w="6406"/>
            <w:tcMar>
              <w:top w:w="110" w:type="dxa"/>
              <w:start w:w="120" w:type="dxa"/>
              <w:bottom w:w="110" w:type="dxa"/>
              <w:end w:w="120" w:type="dxa"/>
            </w:tcMar>
            <w:vAlign w:val="center"/>
            <w:shd w:fill="F5EEE9"/>
          </w:tcPr>
          <w:p>
            <w:pPr>
              <w:spacing w:after="0"/>
            </w:pPr>
            <w:r>
              <w:rPr>
                <w:rFonts w:ascii="Arial" w:hAnsi="Arial"/>
                <w:color w:val="333333"/>
                <w:sz w:val="19"/>
              </w:rPr>
              <w:t xml:space="preserve"> </w:t>
            </w:r>
          </w:p>
        </w:tc>
      </w:tr>
      <w:tr>
        <w:tc>
          <w:tcPr>
            <w:tcW w:type="dxa" w:w="2948"/>
            <w:tcMar>
              <w:top w:w="110" w:type="dxa"/>
              <w:start w:w="120" w:type="dxa"/>
              <w:bottom w:w="110" w:type="dxa"/>
              <w:end w:w="120" w:type="dxa"/>
            </w:tcMar>
            <w:vAlign w:val="center"/>
            <w:shd w:fill="A6533F"/>
          </w:tcPr>
          <w:p>
            <w:pPr>
              <w:spacing w:after="0"/>
            </w:pPr>
            <w:r>
              <w:rPr>
                <w:rFonts w:ascii="Arial" w:hAnsi="Arial"/>
                <w:b/>
                <w:color w:val="FFFFFF"/>
                <w:sz w:val="18"/>
              </w:rPr>
              <w:t>Email address</w:t>
            </w:r>
          </w:p>
        </w:tc>
        <w:tc>
          <w:tcPr>
            <w:tcW w:type="dxa" w:w="6406"/>
            <w:tcMar>
              <w:top w:w="110" w:type="dxa"/>
              <w:start w:w="120" w:type="dxa"/>
              <w:bottom w:w="110" w:type="dxa"/>
              <w:end w:w="120" w:type="dxa"/>
            </w:tcMar>
            <w:vAlign w:val="center"/>
            <w:shd w:fill="F5EEE9"/>
          </w:tcPr>
          <w:p>
            <w:pPr>
              <w:spacing w:after="0"/>
            </w:pPr>
            <w:r>
              <w:rPr>
                <w:rFonts w:ascii="Arial" w:hAnsi="Arial"/>
                <w:color w:val="333333"/>
                <w:sz w:val="19"/>
              </w:rPr>
              <w:t xml:space="preserve"> </w:t>
            </w:r>
          </w:p>
        </w:tc>
      </w:tr>
      <w:tr>
        <w:tc>
          <w:tcPr>
            <w:tcW w:type="dxa" w:w="2948"/>
            <w:tcMar>
              <w:top w:w="110" w:type="dxa"/>
              <w:start w:w="120" w:type="dxa"/>
              <w:bottom w:w="110" w:type="dxa"/>
              <w:end w:w="120" w:type="dxa"/>
            </w:tcMar>
            <w:vAlign w:val="center"/>
            <w:shd w:fill="A6533F"/>
          </w:tcPr>
          <w:p>
            <w:pPr>
              <w:spacing w:after="0"/>
            </w:pPr>
            <w:r>
              <w:rPr>
                <w:rFonts w:ascii="Arial" w:hAnsi="Arial"/>
                <w:b/>
                <w:color w:val="FFFFFF"/>
                <w:sz w:val="18"/>
              </w:rPr>
              <w:t>Telephone number</w:t>
            </w:r>
          </w:p>
        </w:tc>
        <w:tc>
          <w:tcPr>
            <w:tcW w:type="dxa" w:w="6406"/>
            <w:tcMar>
              <w:top w:w="110" w:type="dxa"/>
              <w:start w:w="120" w:type="dxa"/>
              <w:bottom w:w="110" w:type="dxa"/>
              <w:end w:w="120" w:type="dxa"/>
            </w:tcMar>
            <w:vAlign w:val="center"/>
            <w:shd w:fill="F5EEE9"/>
          </w:tcPr>
          <w:p>
            <w:pPr>
              <w:spacing w:after="0"/>
            </w:pPr>
            <w:r>
              <w:rPr>
                <w:rFonts w:ascii="Arial" w:hAnsi="Arial"/>
                <w:color w:val="333333"/>
                <w:sz w:val="19"/>
              </w:rPr>
              <w:t xml:space="preserve"> </w:t>
            </w:r>
          </w:p>
        </w:tc>
      </w:tr>
      <w:tr>
        <w:tc>
          <w:tcPr>
            <w:tcW w:type="dxa" w:w="2948"/>
            <w:tcMar>
              <w:top w:w="110" w:type="dxa"/>
              <w:start w:w="120" w:type="dxa"/>
              <w:bottom w:w="110" w:type="dxa"/>
              <w:end w:w="120" w:type="dxa"/>
            </w:tcMar>
            <w:vAlign w:val="center"/>
            <w:shd w:fill="A6533F"/>
          </w:tcPr>
          <w:p>
            <w:pPr>
              <w:spacing w:after="0"/>
            </w:pPr>
            <w:r>
              <w:rPr>
                <w:rFonts w:ascii="Arial" w:hAnsi="Arial"/>
                <w:b/>
                <w:color w:val="FFFFFF"/>
                <w:sz w:val="18"/>
              </w:rPr>
              <w:t>Postal address</w:t>
            </w:r>
          </w:p>
        </w:tc>
        <w:tc>
          <w:tcPr>
            <w:tcW w:type="dxa" w:w="6406"/>
            <w:tcMar>
              <w:top w:w="110" w:type="dxa"/>
              <w:start w:w="120" w:type="dxa"/>
              <w:bottom w:w="110" w:type="dxa"/>
              <w:end w:w="120" w:type="dxa"/>
            </w:tcMar>
            <w:vAlign w:val="center"/>
            <w:shd w:fill="F5EEE9"/>
          </w:tcPr>
          <w:p>
            <w:pPr>
              <w:spacing w:after="0"/>
            </w:pPr>
            <w:r>
              <w:rPr>
                <w:rFonts w:ascii="Arial" w:hAnsi="Arial"/>
                <w:color w:val="333333"/>
                <w:sz w:val="19"/>
              </w:rPr>
              <w:t xml:space="preserve"> </w:t>
            </w:r>
          </w:p>
        </w:tc>
      </w:tr>
      <w:tr>
        <w:tc>
          <w:tcPr>
            <w:tcW w:type="dxa" w:w="2948"/>
            <w:tcMar>
              <w:top w:w="110" w:type="dxa"/>
              <w:start w:w="120" w:type="dxa"/>
              <w:bottom w:w="110" w:type="dxa"/>
              <w:end w:w="120" w:type="dxa"/>
            </w:tcMar>
            <w:vAlign w:val="center"/>
            <w:shd w:fill="A6533F"/>
          </w:tcPr>
          <w:p>
            <w:pPr>
              <w:spacing w:after="0"/>
            </w:pPr>
            <w:r>
              <w:rPr>
                <w:rFonts w:ascii="Arial" w:hAnsi="Arial"/>
                <w:b/>
                <w:color w:val="FFFFFF"/>
                <w:sz w:val="18"/>
              </w:rPr>
              <w:t>Manager's name and contact</w:t>
            </w:r>
          </w:p>
        </w:tc>
        <w:tc>
          <w:tcPr>
            <w:tcW w:type="dxa" w:w="6406"/>
            <w:tcMar>
              <w:top w:w="110" w:type="dxa"/>
              <w:start w:w="120" w:type="dxa"/>
              <w:bottom w:w="110" w:type="dxa"/>
              <w:end w:w="120" w:type="dxa"/>
            </w:tcMar>
            <w:vAlign w:val="center"/>
            <w:shd w:fill="F5EEE9"/>
          </w:tcPr>
          <w:p>
            <w:pPr>
              <w:spacing w:after="0"/>
            </w:pPr>
            <w:r>
              <w:rPr>
                <w:rFonts w:ascii="Arial" w:hAnsi="Arial"/>
                <w:color w:val="333333"/>
                <w:sz w:val="19"/>
              </w:rPr>
              <w:t xml:space="preserve"> </w:t>
            </w:r>
          </w:p>
        </w:tc>
      </w:tr>
      <w:tr>
        <w:tc>
          <w:tcPr>
            <w:tcW w:type="dxa" w:w="2948"/>
            <w:tcMar>
              <w:top w:w="110" w:type="dxa"/>
              <w:start w:w="120" w:type="dxa"/>
              <w:bottom w:w="110" w:type="dxa"/>
              <w:end w:w="120" w:type="dxa"/>
            </w:tcMar>
            <w:vAlign w:val="center"/>
            <w:shd w:fill="A6533F"/>
          </w:tcPr>
          <w:p>
            <w:pPr>
              <w:spacing w:after="0"/>
            </w:pPr>
            <w:r>
              <w:rPr>
                <w:rFonts w:ascii="Arial" w:hAnsi="Arial"/>
                <w:b/>
                <w:color w:val="FFFFFF"/>
                <w:sz w:val="18"/>
              </w:rPr>
              <w:t>Purchase order required?</w:t>
            </w:r>
          </w:p>
        </w:tc>
        <w:tc>
          <w:tcPr>
            <w:tcW w:type="dxa" w:w="6406"/>
            <w:tcMar>
              <w:top w:w="110" w:type="dxa"/>
              <w:start w:w="120" w:type="dxa"/>
              <w:bottom w:w="110" w:type="dxa"/>
              <w:end w:w="120" w:type="dxa"/>
            </w:tcMar>
            <w:vAlign w:val="center"/>
            <w:shd w:fill="F5EEE9"/>
          </w:tcPr>
          <w:p>
            <w:pPr>
              <w:spacing w:after="0"/>
            </w:pPr>
            <w:sdt>
              <w:sdtPr>
                <w:alias w:val="PO_Y"/>
                <w:tag w:val="PO_Y"/>
                <w:id w:val="500008"/>
                <w14:checkbox>
                  <w14:checked w14:val="0"/>
                  <w14:checkedState w14:val="2612" w14:font="MS Gothic"/>
                  <w14:uncheckedState w14:val="2610" w14:font="MS Gothic"/>
                </w14:checkbox>
              </w:sdtPr>
              <w:sdtContent>
                <w:r>
                  <w:rPr>
                    <w:rFonts w:ascii="Arial" w:hAnsi="Arial"/>
                    <w:color w:val="333333"/>
                    <w:sz w:val="19"/>
                  </w:rPr>
                  <w:t>☐</w:t>
                </w:r>
              </w:sdtContent>
            </w:sdt>
            <w:r>
              <w:rPr>
                <w:rFonts w:ascii="Arial" w:hAnsi="Arial"/>
                <w:color w:val="333333"/>
                <w:sz w:val="19"/>
              </w:rPr>
              <w:t xml:space="preserve"> Yes    </w:t>
            </w:r>
            <w:sdt>
              <w:sdtPr>
                <w:alias w:val="PO_N"/>
                <w:tag w:val="PO_N"/>
                <w:id w:val="500009"/>
                <w14:checkbox>
                  <w14:checked w14:val="0"/>
                  <w14:checkedState w14:val="2612" w14:font="MS Gothic"/>
                  <w14:uncheckedState w14:val="2610" w14:font="MS Gothic"/>
                </w14:checkbox>
              </w:sdtPr>
              <w:sdtContent>
                <w:r>
                  <w:rPr>
                    <w:rFonts w:ascii="Arial" w:hAnsi="Arial"/>
                    <w:color w:val="333333"/>
                    <w:sz w:val="19"/>
                  </w:rPr>
                  <w:t>☐</w:t>
                </w:r>
              </w:sdtContent>
            </w:sdt>
            <w:r>
              <w:rPr>
                <w:rFonts w:ascii="Arial" w:hAnsi="Arial"/>
                <w:color w:val="333333"/>
                <w:sz w:val="19"/>
              </w:rPr>
              <w:t xml:space="preserve"> No    </w:t>
            </w:r>
            <w:sdt>
              <w:sdtPr>
                <w:alias w:val="PO_U"/>
                <w:tag w:val="PO_U"/>
                <w:id w:val="500010"/>
                <w14:checkbox>
                  <w14:checked w14:val="0"/>
                  <w14:checkedState w14:val="2612" w14:font="MS Gothic"/>
                  <w14:uncheckedState w14:val="2610" w14:font="MS Gothic"/>
                </w14:checkbox>
              </w:sdtPr>
              <w:sdtContent>
                <w:r>
                  <w:rPr>
                    <w:rFonts w:ascii="Arial" w:hAnsi="Arial"/>
                    <w:color w:val="333333"/>
                    <w:sz w:val="19"/>
                  </w:rPr>
                  <w:t>☐</w:t>
                </w:r>
              </w:sdtContent>
            </w:sdt>
            <w:r>
              <w:rPr>
                <w:rFonts w:ascii="Arial" w:hAnsi="Arial"/>
                <w:color w:val="333333"/>
                <w:sz w:val="19"/>
              </w:rPr>
              <w:t xml:space="preserve"> Not known</w:t>
            </w:r>
          </w:p>
        </w:tc>
      </w:tr>
    </w:tbl>
    <w:p>
      <w:pPr>
        <w:pStyle w:val="Heading1"/>
      </w:pPr>
      <w:r>
        <w:t>3. Child or children</w:t>
      </w:r>
    </w:p>
    <w:p>
      <w:pPr>
        <w:spacing w:after="80"/>
      </w:pPr>
      <w:r>
        <w:rPr>
          <w:i/>
        </w:rPr>
        <w:t>Please add a separate sheet if more than three children are involved.</w:t>
      </w:r>
    </w:p>
    <w:tbl>
      <w:tblPr>
        <w:tblW w:type="auto" w:w="0"/>
        <w:jc w:val="center"/>
        <w:tblLayout w:type="fixed"/>
        <w:tblLook w:firstColumn="1" w:firstRow="1" w:lastColumn="0" w:lastRow="0" w:noHBand="0" w:noVBand="1" w:val="04A0"/>
      </w:tblPr>
      <w:tblGrid>
        <w:gridCol w:w="4819"/>
        <w:gridCol w:w="4819"/>
      </w:tblGrid>
      <w:tr>
        <w:tc>
          <w:tcPr>
            <w:tcW w:type="dxa" w:w="2948"/>
            <w:tcMar>
              <w:top w:w="110" w:type="dxa"/>
              <w:start w:w="120" w:type="dxa"/>
              <w:bottom w:w="110" w:type="dxa"/>
              <w:end w:w="120" w:type="dxa"/>
            </w:tcMar>
            <w:vAlign w:val="center"/>
            <w:shd w:fill="A6533F"/>
          </w:tcPr>
          <w:p>
            <w:pPr>
              <w:spacing w:after="0"/>
            </w:pPr>
            <w:r>
              <w:rPr>
                <w:rFonts w:ascii="Arial" w:hAnsi="Arial"/>
                <w:b/>
                <w:color w:val="FFFFFF"/>
                <w:sz w:val="18"/>
              </w:rPr>
              <w:t>Child 1</w:t>
            </w:r>
          </w:p>
        </w:tc>
        <w:tc>
          <w:tcPr>
            <w:tcW w:type="dxa" w:w="6406"/>
            <w:tcMar>
              <w:top w:w="110" w:type="dxa"/>
              <w:start w:w="120" w:type="dxa"/>
              <w:bottom w:w="110" w:type="dxa"/>
              <w:end w:w="120" w:type="dxa"/>
            </w:tcMar>
            <w:vAlign w:val="center"/>
            <w:shd w:fill="F5EEE9"/>
          </w:tcPr>
          <w:p>
            <w:pPr>
              <w:spacing w:after="0"/>
            </w:pPr>
            <w:r>
              <w:rPr>
                <w:rFonts w:ascii="Arial" w:hAnsi="Arial"/>
                <w:color w:val="333333"/>
                <w:sz w:val="19"/>
              </w:rPr>
              <w:t>Full name: __________________________  Date of birth: __________  Pronouns: __________</w:t>
            </w:r>
          </w:p>
        </w:tc>
      </w:tr>
      <w:tr>
        <w:tc>
          <w:tcPr>
            <w:tcW w:type="dxa" w:w="2948"/>
            <w:tcMar>
              <w:top w:w="110" w:type="dxa"/>
              <w:start w:w="120" w:type="dxa"/>
              <w:bottom w:w="110" w:type="dxa"/>
              <w:end w:w="120" w:type="dxa"/>
            </w:tcMar>
            <w:vAlign w:val="center"/>
            <w:shd w:fill="A6533F"/>
          </w:tcPr>
          <w:p>
            <w:pPr>
              <w:spacing w:after="0"/>
            </w:pPr>
            <w:r>
              <w:rPr>
                <w:rFonts w:ascii="Arial" w:hAnsi="Arial"/>
                <w:b/>
                <w:color w:val="FFFFFF"/>
                <w:sz w:val="18"/>
              </w:rPr>
              <w:t>Child 2</w:t>
            </w:r>
          </w:p>
        </w:tc>
        <w:tc>
          <w:tcPr>
            <w:tcW w:type="dxa" w:w="6406"/>
            <w:tcMar>
              <w:top w:w="110" w:type="dxa"/>
              <w:start w:w="120" w:type="dxa"/>
              <w:bottom w:w="110" w:type="dxa"/>
              <w:end w:w="120" w:type="dxa"/>
            </w:tcMar>
            <w:vAlign w:val="center"/>
            <w:shd w:fill="F5EEE9"/>
          </w:tcPr>
          <w:p>
            <w:pPr>
              <w:spacing w:after="0"/>
            </w:pPr>
            <w:r>
              <w:rPr>
                <w:rFonts w:ascii="Arial" w:hAnsi="Arial"/>
                <w:color w:val="333333"/>
                <w:sz w:val="19"/>
              </w:rPr>
              <w:t>Full name: __________________________  Date of birth: __________  Pronouns: __________</w:t>
            </w:r>
          </w:p>
        </w:tc>
      </w:tr>
      <w:tr>
        <w:tc>
          <w:tcPr>
            <w:tcW w:type="dxa" w:w="2948"/>
            <w:tcMar>
              <w:top w:w="110" w:type="dxa"/>
              <w:start w:w="120" w:type="dxa"/>
              <w:bottom w:w="110" w:type="dxa"/>
              <w:end w:w="120" w:type="dxa"/>
            </w:tcMar>
            <w:vAlign w:val="center"/>
            <w:shd w:fill="A6533F"/>
          </w:tcPr>
          <w:p>
            <w:pPr>
              <w:spacing w:after="0"/>
            </w:pPr>
            <w:r>
              <w:rPr>
                <w:rFonts w:ascii="Arial" w:hAnsi="Arial"/>
                <w:b/>
                <w:color w:val="FFFFFF"/>
                <w:sz w:val="18"/>
              </w:rPr>
              <w:t>Child 3</w:t>
            </w:r>
          </w:p>
        </w:tc>
        <w:tc>
          <w:tcPr>
            <w:tcW w:type="dxa" w:w="6406"/>
            <w:tcMar>
              <w:top w:w="110" w:type="dxa"/>
              <w:start w:w="120" w:type="dxa"/>
              <w:bottom w:w="110" w:type="dxa"/>
              <w:end w:w="120" w:type="dxa"/>
            </w:tcMar>
            <w:vAlign w:val="center"/>
            <w:shd w:fill="F5EEE9"/>
          </w:tcPr>
          <w:p>
            <w:pPr>
              <w:spacing w:after="0"/>
            </w:pPr>
            <w:r>
              <w:rPr>
                <w:rFonts w:ascii="Arial" w:hAnsi="Arial"/>
                <w:color w:val="333333"/>
                <w:sz w:val="19"/>
              </w:rPr>
              <w:t>Full name: __________________________  Date of birth: __________  Pronouns: __________</w:t>
            </w:r>
          </w:p>
        </w:tc>
      </w:tr>
      <w:tr>
        <w:tc>
          <w:tcPr>
            <w:tcW w:type="dxa" w:w="2948"/>
            <w:tcMar>
              <w:top w:w="110" w:type="dxa"/>
              <w:start w:w="120" w:type="dxa"/>
              <w:bottom w:w="110" w:type="dxa"/>
              <w:end w:w="120" w:type="dxa"/>
            </w:tcMar>
            <w:vAlign w:val="center"/>
            <w:shd w:fill="A6533F"/>
          </w:tcPr>
          <w:p>
            <w:pPr>
              <w:spacing w:after="0"/>
            </w:pPr>
            <w:r>
              <w:rPr>
                <w:rFonts w:ascii="Arial" w:hAnsi="Arial"/>
                <w:b/>
                <w:color w:val="FFFFFF"/>
                <w:sz w:val="18"/>
              </w:rPr>
              <w:t>Current placement / address</w:t>
            </w:r>
          </w:p>
        </w:tc>
        <w:tc>
          <w:tcPr>
            <w:tcW w:type="dxa" w:w="6406"/>
            <w:tcMar>
              <w:top w:w="110" w:type="dxa"/>
              <w:start w:w="120" w:type="dxa"/>
              <w:bottom w:w="110" w:type="dxa"/>
              <w:end w:w="120" w:type="dxa"/>
            </w:tcMar>
            <w:vAlign w:val="center"/>
            <w:shd w:fill="F5EEE9"/>
          </w:tcPr>
          <w:p>
            <w:pPr>
              <w:spacing w:after="0"/>
            </w:pPr>
            <w:r>
              <w:rPr>
                <w:rFonts w:ascii="Arial" w:hAnsi="Arial"/>
                <w:color w:val="333333"/>
                <w:sz w:val="19"/>
              </w:rPr>
              <w:t xml:space="preserve"> </w:t>
            </w:r>
          </w:p>
        </w:tc>
      </w:tr>
      <w:tr>
        <w:tc>
          <w:tcPr>
            <w:tcW w:type="dxa" w:w="2948"/>
            <w:tcMar>
              <w:top w:w="110" w:type="dxa"/>
              <w:start w:w="120" w:type="dxa"/>
              <w:bottom w:w="110" w:type="dxa"/>
              <w:end w:w="120" w:type="dxa"/>
            </w:tcMar>
            <w:vAlign w:val="center"/>
            <w:shd w:fill="A6533F"/>
          </w:tcPr>
          <w:p>
            <w:pPr>
              <w:spacing w:after="0"/>
            </w:pPr>
            <w:r>
              <w:rPr>
                <w:rFonts w:ascii="Arial" w:hAnsi="Arial"/>
                <w:b/>
                <w:color w:val="FFFFFF"/>
                <w:sz w:val="18"/>
              </w:rPr>
              <w:t>Carer or key worker</w:t>
            </w:r>
          </w:p>
        </w:tc>
        <w:tc>
          <w:tcPr>
            <w:tcW w:type="dxa" w:w="6406"/>
            <w:tcMar>
              <w:top w:w="110" w:type="dxa"/>
              <w:start w:w="120" w:type="dxa"/>
              <w:bottom w:w="110" w:type="dxa"/>
              <w:end w:w="120" w:type="dxa"/>
            </w:tcMar>
            <w:vAlign w:val="center"/>
            <w:shd w:fill="F5EEE9"/>
          </w:tcPr>
          <w:p>
            <w:pPr>
              <w:spacing w:after="0"/>
            </w:pPr>
            <w:r>
              <w:rPr>
                <w:rFonts w:ascii="Arial" w:hAnsi="Arial"/>
                <w:color w:val="333333"/>
                <w:sz w:val="19"/>
              </w:rPr>
              <w:t xml:space="preserve"> </w:t>
            </w:r>
          </w:p>
        </w:tc>
      </w:tr>
      <w:tr>
        <w:tc>
          <w:tcPr>
            <w:tcW w:type="dxa" w:w="2948"/>
            <w:tcMar>
              <w:top w:w="110" w:type="dxa"/>
              <w:start w:w="120" w:type="dxa"/>
              <w:bottom w:w="110" w:type="dxa"/>
              <w:end w:w="120" w:type="dxa"/>
            </w:tcMar>
            <w:vAlign w:val="center"/>
            <w:shd w:fill="A6533F"/>
          </w:tcPr>
          <w:p>
            <w:pPr>
              <w:spacing w:after="0"/>
            </w:pPr>
            <w:r>
              <w:rPr>
                <w:rFonts w:ascii="Arial" w:hAnsi="Arial"/>
                <w:b/>
                <w:color w:val="FFFFFF"/>
                <w:sz w:val="18"/>
              </w:rPr>
              <w:t>School or education setting</w:t>
            </w:r>
          </w:p>
        </w:tc>
        <w:tc>
          <w:tcPr>
            <w:tcW w:type="dxa" w:w="6406"/>
            <w:tcMar>
              <w:top w:w="110" w:type="dxa"/>
              <w:start w:w="120" w:type="dxa"/>
              <w:bottom w:w="110" w:type="dxa"/>
              <w:end w:w="120" w:type="dxa"/>
            </w:tcMar>
            <w:vAlign w:val="center"/>
            <w:shd w:fill="F5EEE9"/>
          </w:tcPr>
          <w:p>
            <w:pPr>
              <w:spacing w:after="0"/>
            </w:pPr>
            <w:r>
              <w:rPr>
                <w:rFonts w:ascii="Arial" w:hAnsi="Arial"/>
                <w:color w:val="333333"/>
                <w:sz w:val="19"/>
              </w:rPr>
              <w:t xml:space="preserve"> </w:t>
            </w:r>
          </w:p>
        </w:tc>
      </w:tr>
      <w:tr>
        <w:tc>
          <w:tcPr>
            <w:tcW w:type="dxa" w:w="2948"/>
            <w:tcMar>
              <w:top w:w="110" w:type="dxa"/>
              <w:start w:w="120" w:type="dxa"/>
              <w:bottom w:w="110" w:type="dxa"/>
              <w:end w:w="120" w:type="dxa"/>
            </w:tcMar>
            <w:vAlign w:val="center"/>
            <w:shd w:fill="A6533F"/>
          </w:tcPr>
          <w:p>
            <w:pPr>
              <w:spacing w:after="0"/>
            </w:pPr>
            <w:r>
              <w:rPr>
                <w:rFonts w:ascii="Arial" w:hAnsi="Arial"/>
                <w:b/>
                <w:color w:val="FFFFFF"/>
                <w:sz w:val="18"/>
              </w:rPr>
              <w:t>Communication needs</w:t>
            </w:r>
          </w:p>
        </w:tc>
        <w:tc>
          <w:tcPr>
            <w:tcW w:type="dxa" w:w="6406"/>
            <w:tcMar>
              <w:top w:w="110" w:type="dxa"/>
              <w:start w:w="120" w:type="dxa"/>
              <w:bottom w:w="110" w:type="dxa"/>
              <w:end w:w="120" w:type="dxa"/>
            </w:tcMar>
            <w:vAlign w:val="center"/>
            <w:shd w:fill="F5EEE9"/>
          </w:tcPr>
          <w:p>
            <w:pPr>
              <w:spacing w:after="0"/>
            </w:pPr>
            <w:r>
              <w:rPr>
                <w:rFonts w:ascii="Arial" w:hAnsi="Arial"/>
                <w:color w:val="333333"/>
                <w:sz w:val="19"/>
              </w:rPr>
              <w:t xml:space="preserve"> </w:t>
            </w:r>
          </w:p>
        </w:tc>
      </w:tr>
      <w:tr>
        <w:tc>
          <w:tcPr>
            <w:tcW w:type="dxa" w:w="2948"/>
            <w:tcMar>
              <w:top w:w="110" w:type="dxa"/>
              <w:start w:w="120" w:type="dxa"/>
              <w:bottom w:w="110" w:type="dxa"/>
              <w:end w:w="120" w:type="dxa"/>
            </w:tcMar>
            <w:vAlign w:val="center"/>
            <w:shd w:fill="A6533F"/>
          </w:tcPr>
          <w:p>
            <w:pPr>
              <w:spacing w:after="0"/>
            </w:pPr>
            <w:r>
              <w:rPr>
                <w:rFonts w:ascii="Arial" w:hAnsi="Arial"/>
                <w:b/>
                <w:color w:val="FFFFFF"/>
                <w:sz w:val="18"/>
              </w:rPr>
              <w:t>Disability, health or additional needs</w:t>
            </w:r>
          </w:p>
        </w:tc>
        <w:tc>
          <w:tcPr>
            <w:tcW w:type="dxa" w:w="6406"/>
            <w:tcMar>
              <w:top w:w="110" w:type="dxa"/>
              <w:start w:w="120" w:type="dxa"/>
              <w:bottom w:w="110" w:type="dxa"/>
              <w:end w:w="120" w:type="dxa"/>
            </w:tcMar>
            <w:vAlign w:val="center"/>
            <w:shd w:fill="F5EEE9"/>
          </w:tcPr>
          <w:p>
            <w:pPr>
              <w:spacing w:after="0"/>
            </w:pPr>
            <w:r>
              <w:rPr>
                <w:rFonts w:ascii="Arial" w:hAnsi="Arial"/>
                <w:color w:val="333333"/>
                <w:sz w:val="19"/>
              </w:rPr>
              <w:t xml:space="preserve"> </w:t>
            </w:r>
          </w:p>
        </w:tc>
      </w:tr>
      <w:tr>
        <w:tc>
          <w:tcPr>
            <w:tcW w:type="dxa" w:w="2948"/>
            <w:tcMar>
              <w:top w:w="110" w:type="dxa"/>
              <w:start w:w="120" w:type="dxa"/>
              <w:bottom w:w="110" w:type="dxa"/>
              <w:end w:w="120" w:type="dxa"/>
            </w:tcMar>
            <w:vAlign w:val="center"/>
            <w:shd w:fill="A6533F"/>
          </w:tcPr>
          <w:p>
            <w:pPr>
              <w:spacing w:after="0"/>
            </w:pPr>
            <w:r>
              <w:rPr>
                <w:rFonts w:ascii="Arial" w:hAnsi="Arial"/>
                <w:b/>
                <w:color w:val="FFFFFF"/>
                <w:sz w:val="18"/>
              </w:rPr>
              <w:t>Cultural, religious or identity needs</w:t>
            </w:r>
          </w:p>
        </w:tc>
        <w:tc>
          <w:tcPr>
            <w:tcW w:type="dxa" w:w="6406"/>
            <w:tcMar>
              <w:top w:w="110" w:type="dxa"/>
              <w:start w:w="120" w:type="dxa"/>
              <w:bottom w:w="110" w:type="dxa"/>
              <w:end w:w="120" w:type="dxa"/>
            </w:tcMar>
            <w:vAlign w:val="center"/>
            <w:shd w:fill="F5EEE9"/>
          </w:tcPr>
          <w:p>
            <w:pPr>
              <w:spacing w:after="0"/>
            </w:pPr>
            <w:r>
              <w:rPr>
                <w:rFonts w:ascii="Arial" w:hAnsi="Arial"/>
                <w:color w:val="333333"/>
                <w:sz w:val="19"/>
              </w:rPr>
              <w:t xml:space="preserve"> </w:t>
            </w:r>
          </w:p>
        </w:tc>
      </w:tr>
      <w:tr>
        <w:tc>
          <w:tcPr>
            <w:tcW w:type="dxa" w:w="2948"/>
            <w:tcMar>
              <w:top w:w="110" w:type="dxa"/>
              <w:start w:w="120" w:type="dxa"/>
              <w:bottom w:w="110" w:type="dxa"/>
              <w:end w:w="120" w:type="dxa"/>
            </w:tcMar>
            <w:vAlign w:val="center"/>
            <w:shd w:fill="A6533F"/>
          </w:tcPr>
          <w:p>
            <w:pPr>
              <w:spacing w:after="0"/>
            </w:pPr>
            <w:r>
              <w:rPr>
                <w:rFonts w:ascii="Arial" w:hAnsi="Arial"/>
                <w:b/>
                <w:color w:val="FFFFFF"/>
                <w:sz w:val="18"/>
              </w:rPr>
              <w:t>Current legal status</w:t>
            </w:r>
          </w:p>
        </w:tc>
        <w:tc>
          <w:tcPr>
            <w:tcW w:type="dxa" w:w="6406"/>
            <w:tcMar>
              <w:top w:w="110" w:type="dxa"/>
              <w:start w:w="120" w:type="dxa"/>
              <w:bottom w:w="110" w:type="dxa"/>
              <w:end w:w="120" w:type="dxa"/>
            </w:tcMar>
            <w:vAlign w:val="center"/>
            <w:shd w:fill="F5EEE9"/>
          </w:tcPr>
          <w:p>
            <w:pPr>
              <w:spacing w:after="0"/>
            </w:pPr>
            <w:r>
              <w:rPr>
                <w:rFonts w:ascii="Arial" w:hAnsi="Arial"/>
                <w:color w:val="333333"/>
                <w:sz w:val="19"/>
              </w:rPr>
              <w:t xml:space="preserve"> </w:t>
            </w:r>
          </w:p>
        </w:tc>
      </w:tr>
      <w:tr>
        <w:tc>
          <w:tcPr>
            <w:tcW w:type="dxa" w:w="2948"/>
            <w:tcMar>
              <w:top w:w="110" w:type="dxa"/>
              <w:start w:w="120" w:type="dxa"/>
              <w:bottom w:w="110" w:type="dxa"/>
              <w:end w:w="120" w:type="dxa"/>
            </w:tcMar>
            <w:vAlign w:val="center"/>
            <w:shd w:fill="A6533F"/>
          </w:tcPr>
          <w:p>
            <w:pPr>
              <w:spacing w:after="0"/>
            </w:pPr>
            <w:r>
              <w:rPr>
                <w:rFonts w:ascii="Arial" w:hAnsi="Arial"/>
                <w:b/>
                <w:color w:val="FFFFFF"/>
                <w:sz w:val="18"/>
              </w:rPr>
              <w:t>Child in Need plan</w:t>
            </w:r>
          </w:p>
        </w:tc>
        <w:tc>
          <w:tcPr>
            <w:tcW w:type="dxa" w:w="6406"/>
            <w:tcMar>
              <w:top w:w="110" w:type="dxa"/>
              <w:start w:w="120" w:type="dxa"/>
              <w:bottom w:w="110" w:type="dxa"/>
              <w:end w:w="120" w:type="dxa"/>
            </w:tcMar>
            <w:vAlign w:val="center"/>
            <w:shd w:fill="F5EEE9"/>
          </w:tcPr>
          <w:p>
            <w:pPr>
              <w:spacing w:after="0"/>
            </w:pPr>
            <w:sdt>
              <w:sdtPr>
                <w:alias w:val="CIN_Y"/>
                <w:tag w:val="CIN_Y"/>
                <w:id w:val="500011"/>
                <w14:checkbox>
                  <w14:checked w14:val="0"/>
                  <w14:checkedState w14:val="2612" w14:font="MS Gothic"/>
                  <w14:uncheckedState w14:val="2610" w14:font="MS Gothic"/>
                </w14:checkbox>
              </w:sdtPr>
              <w:sdtContent>
                <w:r>
                  <w:rPr>
                    <w:rFonts w:ascii="Arial" w:hAnsi="Arial"/>
                    <w:color w:val="333333"/>
                    <w:sz w:val="19"/>
                  </w:rPr>
                  <w:t>☐</w:t>
                </w:r>
              </w:sdtContent>
            </w:sdt>
            <w:r>
              <w:rPr>
                <w:rFonts w:ascii="Arial" w:hAnsi="Arial"/>
                <w:color w:val="333333"/>
                <w:sz w:val="19"/>
              </w:rPr>
              <w:t xml:space="preserve"> Yes    </w:t>
            </w:r>
            <w:sdt>
              <w:sdtPr>
                <w:alias w:val="CIN_N"/>
                <w:tag w:val="CIN_N"/>
                <w:id w:val="500012"/>
                <w14:checkbox>
                  <w14:checked w14:val="0"/>
                  <w14:checkedState w14:val="2612" w14:font="MS Gothic"/>
                  <w14:uncheckedState w14:val="2610" w14:font="MS Gothic"/>
                </w14:checkbox>
              </w:sdtPr>
              <w:sdtContent>
                <w:r>
                  <w:rPr>
                    <w:rFonts w:ascii="Arial" w:hAnsi="Arial"/>
                    <w:color w:val="333333"/>
                    <w:sz w:val="19"/>
                  </w:rPr>
                  <w:t>☐</w:t>
                </w:r>
              </w:sdtContent>
            </w:sdt>
            <w:r>
              <w:rPr>
                <w:rFonts w:ascii="Arial" w:hAnsi="Arial"/>
                <w:color w:val="333333"/>
                <w:sz w:val="19"/>
              </w:rPr>
              <w:t xml:space="preserve"> No    </w:t>
            </w:r>
            <w:sdt>
              <w:sdtPr>
                <w:alias w:val="CIN_U"/>
                <w:tag w:val="CIN_U"/>
                <w:id w:val="500013"/>
                <w14:checkbox>
                  <w14:checked w14:val="0"/>
                  <w14:checkedState w14:val="2612" w14:font="MS Gothic"/>
                  <w14:uncheckedState w14:val="2610" w14:font="MS Gothic"/>
                </w14:checkbox>
              </w:sdtPr>
              <w:sdtContent>
                <w:r>
                  <w:rPr>
                    <w:rFonts w:ascii="Arial" w:hAnsi="Arial"/>
                    <w:color w:val="333333"/>
                    <w:sz w:val="19"/>
                  </w:rPr>
                  <w:t>☐</w:t>
                </w:r>
              </w:sdtContent>
            </w:sdt>
            <w:r>
              <w:rPr>
                <w:rFonts w:ascii="Arial" w:hAnsi="Arial"/>
                <w:color w:val="333333"/>
                <w:sz w:val="19"/>
              </w:rPr>
              <w:t xml:space="preserve"> Not known</w:t>
            </w:r>
          </w:p>
        </w:tc>
      </w:tr>
      <w:tr>
        <w:tc>
          <w:tcPr>
            <w:tcW w:type="dxa" w:w="2948"/>
            <w:tcMar>
              <w:top w:w="110" w:type="dxa"/>
              <w:start w:w="120" w:type="dxa"/>
              <w:bottom w:w="110" w:type="dxa"/>
              <w:end w:w="120" w:type="dxa"/>
            </w:tcMar>
            <w:vAlign w:val="center"/>
            <w:shd w:fill="A6533F"/>
          </w:tcPr>
          <w:p>
            <w:pPr>
              <w:spacing w:after="0"/>
            </w:pPr>
            <w:r>
              <w:rPr>
                <w:rFonts w:ascii="Arial" w:hAnsi="Arial"/>
                <w:b/>
                <w:color w:val="FFFFFF"/>
                <w:sz w:val="18"/>
              </w:rPr>
              <w:t>Child Protection plan</w:t>
            </w:r>
          </w:p>
        </w:tc>
        <w:tc>
          <w:tcPr>
            <w:tcW w:type="dxa" w:w="6406"/>
            <w:tcMar>
              <w:top w:w="110" w:type="dxa"/>
              <w:start w:w="120" w:type="dxa"/>
              <w:bottom w:w="110" w:type="dxa"/>
              <w:end w:w="120" w:type="dxa"/>
            </w:tcMar>
            <w:vAlign w:val="center"/>
            <w:shd w:fill="F5EEE9"/>
          </w:tcPr>
          <w:p>
            <w:pPr>
              <w:spacing w:after="0"/>
            </w:pPr>
            <w:sdt>
              <w:sdtPr>
                <w:alias w:val="CP_Y"/>
                <w:tag w:val="CP_Y"/>
                <w:id w:val="500014"/>
                <w14:checkbox>
                  <w14:checked w14:val="0"/>
                  <w14:checkedState w14:val="2612" w14:font="MS Gothic"/>
                  <w14:uncheckedState w14:val="2610" w14:font="MS Gothic"/>
                </w14:checkbox>
              </w:sdtPr>
              <w:sdtContent>
                <w:r>
                  <w:rPr>
                    <w:rFonts w:ascii="Arial" w:hAnsi="Arial"/>
                    <w:color w:val="333333"/>
                    <w:sz w:val="19"/>
                  </w:rPr>
                  <w:t>☐</w:t>
                </w:r>
              </w:sdtContent>
            </w:sdt>
            <w:r>
              <w:rPr>
                <w:rFonts w:ascii="Arial" w:hAnsi="Arial"/>
                <w:color w:val="333333"/>
                <w:sz w:val="19"/>
              </w:rPr>
              <w:t xml:space="preserve"> Yes    </w:t>
            </w:r>
            <w:sdt>
              <w:sdtPr>
                <w:alias w:val="CP_N"/>
                <w:tag w:val="CP_N"/>
                <w:id w:val="500015"/>
                <w14:checkbox>
                  <w14:checked w14:val="0"/>
                  <w14:checkedState w14:val="2612" w14:font="MS Gothic"/>
                  <w14:uncheckedState w14:val="2610" w14:font="MS Gothic"/>
                </w14:checkbox>
              </w:sdtPr>
              <w:sdtContent>
                <w:r>
                  <w:rPr>
                    <w:rFonts w:ascii="Arial" w:hAnsi="Arial"/>
                    <w:color w:val="333333"/>
                    <w:sz w:val="19"/>
                  </w:rPr>
                  <w:t>☐</w:t>
                </w:r>
              </w:sdtContent>
            </w:sdt>
            <w:r>
              <w:rPr>
                <w:rFonts w:ascii="Arial" w:hAnsi="Arial"/>
                <w:color w:val="333333"/>
                <w:sz w:val="19"/>
              </w:rPr>
              <w:t xml:space="preserve"> No    </w:t>
            </w:r>
            <w:sdt>
              <w:sdtPr>
                <w:alias w:val="CP_U"/>
                <w:tag w:val="CP_U"/>
                <w:id w:val="500016"/>
                <w14:checkbox>
                  <w14:checked w14:val="0"/>
                  <w14:checkedState w14:val="2612" w14:font="MS Gothic"/>
                  <w14:uncheckedState w14:val="2610" w14:font="MS Gothic"/>
                </w14:checkbox>
              </w:sdtPr>
              <w:sdtContent>
                <w:r>
                  <w:rPr>
                    <w:rFonts w:ascii="Arial" w:hAnsi="Arial"/>
                    <w:color w:val="333333"/>
                    <w:sz w:val="19"/>
                  </w:rPr>
                  <w:t>☐</w:t>
                </w:r>
              </w:sdtContent>
            </w:sdt>
            <w:r>
              <w:rPr>
                <w:rFonts w:ascii="Arial" w:hAnsi="Arial"/>
                <w:color w:val="333333"/>
                <w:sz w:val="19"/>
              </w:rPr>
              <w:t xml:space="preserve"> Not known</w:t>
            </w:r>
          </w:p>
        </w:tc>
      </w:tr>
      <w:tr>
        <w:tc>
          <w:tcPr>
            <w:tcW w:type="dxa" w:w="2948"/>
            <w:tcMar>
              <w:top w:w="110" w:type="dxa"/>
              <w:start w:w="120" w:type="dxa"/>
              <w:bottom w:w="110" w:type="dxa"/>
              <w:end w:w="120" w:type="dxa"/>
            </w:tcMar>
            <w:vAlign w:val="center"/>
            <w:shd w:fill="A6533F"/>
          </w:tcPr>
          <w:p>
            <w:pPr>
              <w:spacing w:after="0"/>
            </w:pPr>
            <w:r>
              <w:rPr>
                <w:rFonts w:ascii="Arial" w:hAnsi="Arial"/>
                <w:b/>
                <w:color w:val="FFFFFF"/>
                <w:sz w:val="18"/>
              </w:rPr>
              <w:t>Looked After Child</w:t>
            </w:r>
          </w:p>
        </w:tc>
        <w:tc>
          <w:tcPr>
            <w:tcW w:type="dxa" w:w="6406"/>
            <w:tcMar>
              <w:top w:w="110" w:type="dxa"/>
              <w:start w:w="120" w:type="dxa"/>
              <w:bottom w:w="110" w:type="dxa"/>
              <w:end w:w="120" w:type="dxa"/>
            </w:tcMar>
            <w:vAlign w:val="center"/>
            <w:shd w:fill="F5EEE9"/>
          </w:tcPr>
          <w:p>
            <w:pPr>
              <w:spacing w:after="0"/>
            </w:pPr>
            <w:sdt>
              <w:sdtPr>
                <w:alias w:val="LAC_Y"/>
                <w:tag w:val="LAC_Y"/>
                <w:id w:val="500017"/>
                <w14:checkbox>
                  <w14:checked w14:val="0"/>
                  <w14:checkedState w14:val="2612" w14:font="MS Gothic"/>
                  <w14:uncheckedState w14:val="2610" w14:font="MS Gothic"/>
                </w14:checkbox>
              </w:sdtPr>
              <w:sdtContent>
                <w:r>
                  <w:rPr>
                    <w:rFonts w:ascii="Arial" w:hAnsi="Arial"/>
                    <w:color w:val="333333"/>
                    <w:sz w:val="19"/>
                  </w:rPr>
                  <w:t>☐</w:t>
                </w:r>
              </w:sdtContent>
            </w:sdt>
            <w:r>
              <w:rPr>
                <w:rFonts w:ascii="Arial" w:hAnsi="Arial"/>
                <w:color w:val="333333"/>
                <w:sz w:val="19"/>
              </w:rPr>
              <w:t xml:space="preserve"> Yes    </w:t>
            </w:r>
            <w:sdt>
              <w:sdtPr>
                <w:alias w:val="LAC_N"/>
                <w:tag w:val="LAC_N"/>
                <w:id w:val="500018"/>
                <w14:checkbox>
                  <w14:checked w14:val="0"/>
                  <w14:checkedState w14:val="2612" w14:font="MS Gothic"/>
                  <w14:uncheckedState w14:val="2610" w14:font="MS Gothic"/>
                </w14:checkbox>
              </w:sdtPr>
              <w:sdtContent>
                <w:r>
                  <w:rPr>
                    <w:rFonts w:ascii="Arial" w:hAnsi="Arial"/>
                    <w:color w:val="333333"/>
                    <w:sz w:val="19"/>
                  </w:rPr>
                  <w:t>☐</w:t>
                </w:r>
              </w:sdtContent>
            </w:sdt>
            <w:r>
              <w:rPr>
                <w:rFonts w:ascii="Arial" w:hAnsi="Arial"/>
                <w:color w:val="333333"/>
                <w:sz w:val="19"/>
              </w:rPr>
              <w:t xml:space="preserve"> No    </w:t>
            </w:r>
            <w:sdt>
              <w:sdtPr>
                <w:alias w:val="LAC_U"/>
                <w:tag w:val="LAC_U"/>
                <w:id w:val="500019"/>
                <w14:checkbox>
                  <w14:checked w14:val="0"/>
                  <w14:checkedState w14:val="2612" w14:font="MS Gothic"/>
                  <w14:uncheckedState w14:val="2610" w14:font="MS Gothic"/>
                </w14:checkbox>
              </w:sdtPr>
              <w:sdtContent>
                <w:r>
                  <w:rPr>
                    <w:rFonts w:ascii="Arial" w:hAnsi="Arial"/>
                    <w:color w:val="333333"/>
                    <w:sz w:val="19"/>
                  </w:rPr>
                  <w:t>☐</w:t>
                </w:r>
              </w:sdtContent>
            </w:sdt>
            <w:r>
              <w:rPr>
                <w:rFonts w:ascii="Arial" w:hAnsi="Arial"/>
                <w:color w:val="333333"/>
                <w:sz w:val="19"/>
              </w:rPr>
              <w:t xml:space="preserve"> Not known</w:t>
            </w:r>
          </w:p>
        </w:tc>
      </w:tr>
    </w:tbl>
    <w:p>
      <w:pPr>
        <w:pStyle w:val="Heading1"/>
      </w:pPr>
      <w:r>
        <w:t>4. Adults and significant people involved</w:t>
      </w:r>
    </w:p>
    <w:tbl>
      <w:tblPr>
        <w:tblW w:type="auto" w:w="0"/>
        <w:jc w:val="center"/>
        <w:tblLayout w:type="fixed"/>
        <w:tblLook w:firstColumn="1" w:firstRow="1" w:lastColumn="0" w:lastRow="0" w:noHBand="0" w:noVBand="1" w:val="04A0"/>
      </w:tblPr>
      <w:tblGrid>
        <w:gridCol w:w="4819"/>
        <w:gridCol w:w="4819"/>
      </w:tblGrid>
      <w:tr>
        <w:tc>
          <w:tcPr>
            <w:tcW w:type="dxa" w:w="2948"/>
            <w:tcMar>
              <w:top w:w="110" w:type="dxa"/>
              <w:start w:w="120" w:type="dxa"/>
              <w:bottom w:w="110" w:type="dxa"/>
              <w:end w:w="120" w:type="dxa"/>
            </w:tcMar>
            <w:vAlign w:val="center"/>
            <w:shd w:fill="A6533F"/>
          </w:tcPr>
          <w:p>
            <w:pPr>
              <w:spacing w:after="0"/>
            </w:pPr>
            <w:r>
              <w:rPr>
                <w:rFonts w:ascii="Arial" w:hAnsi="Arial"/>
                <w:b/>
                <w:color w:val="FFFFFF"/>
                <w:sz w:val="18"/>
              </w:rPr>
              <w:t>Adult 1</w:t>
            </w:r>
          </w:p>
        </w:tc>
        <w:tc>
          <w:tcPr>
            <w:tcW w:type="dxa" w:w="6406"/>
            <w:tcMar>
              <w:top w:w="110" w:type="dxa"/>
              <w:start w:w="120" w:type="dxa"/>
              <w:bottom w:w="110" w:type="dxa"/>
              <w:end w:w="120" w:type="dxa"/>
            </w:tcMar>
            <w:vAlign w:val="center"/>
            <w:shd w:fill="F5EEE9"/>
          </w:tcPr>
          <w:p>
            <w:pPr>
              <w:spacing w:after="0"/>
            </w:pPr>
            <w:r>
              <w:rPr>
                <w:rFonts w:ascii="Arial" w:hAnsi="Arial"/>
                <w:color w:val="333333"/>
                <w:sz w:val="19"/>
              </w:rPr>
              <w:t>Name: __________________  Relationship to child: ______________  Contact details: ______________</w:t>
            </w:r>
          </w:p>
        </w:tc>
      </w:tr>
      <w:tr>
        <w:tc>
          <w:tcPr>
            <w:tcW w:type="dxa" w:w="2948"/>
            <w:tcMar>
              <w:top w:w="110" w:type="dxa"/>
              <w:start w:w="120" w:type="dxa"/>
              <w:bottom w:w="110" w:type="dxa"/>
              <w:end w:w="120" w:type="dxa"/>
            </w:tcMar>
            <w:vAlign w:val="center"/>
            <w:shd w:fill="A6533F"/>
          </w:tcPr>
          <w:p>
            <w:pPr>
              <w:spacing w:after="0"/>
            </w:pPr>
            <w:r>
              <w:rPr>
                <w:rFonts w:ascii="Arial" w:hAnsi="Arial"/>
                <w:b/>
                <w:color w:val="FFFFFF"/>
                <w:sz w:val="18"/>
              </w:rPr>
              <w:t>Adult 2</w:t>
            </w:r>
          </w:p>
        </w:tc>
        <w:tc>
          <w:tcPr>
            <w:tcW w:type="dxa" w:w="6406"/>
            <w:tcMar>
              <w:top w:w="110" w:type="dxa"/>
              <w:start w:w="120" w:type="dxa"/>
              <w:bottom w:w="110" w:type="dxa"/>
              <w:end w:w="120" w:type="dxa"/>
            </w:tcMar>
            <w:vAlign w:val="center"/>
            <w:shd w:fill="F5EEE9"/>
          </w:tcPr>
          <w:p>
            <w:pPr>
              <w:spacing w:after="0"/>
            </w:pPr>
            <w:r>
              <w:rPr>
                <w:rFonts w:ascii="Arial" w:hAnsi="Arial"/>
                <w:color w:val="333333"/>
                <w:sz w:val="19"/>
              </w:rPr>
              <w:t>Name: __________________  Relationship to child: ______________  Contact details: ______________</w:t>
            </w:r>
          </w:p>
        </w:tc>
      </w:tr>
      <w:tr>
        <w:tc>
          <w:tcPr>
            <w:tcW w:type="dxa" w:w="2948"/>
            <w:tcMar>
              <w:top w:w="110" w:type="dxa"/>
              <w:start w:w="120" w:type="dxa"/>
              <w:bottom w:w="110" w:type="dxa"/>
              <w:end w:w="120" w:type="dxa"/>
            </w:tcMar>
            <w:vAlign w:val="center"/>
            <w:shd w:fill="A6533F"/>
          </w:tcPr>
          <w:p>
            <w:pPr>
              <w:spacing w:after="0"/>
            </w:pPr>
            <w:r>
              <w:rPr>
                <w:rFonts w:ascii="Arial" w:hAnsi="Arial"/>
                <w:b/>
                <w:color w:val="FFFFFF"/>
                <w:sz w:val="18"/>
              </w:rPr>
              <w:t>Adult 3</w:t>
            </w:r>
          </w:p>
        </w:tc>
        <w:tc>
          <w:tcPr>
            <w:tcW w:type="dxa" w:w="6406"/>
            <w:tcMar>
              <w:top w:w="110" w:type="dxa"/>
              <w:start w:w="120" w:type="dxa"/>
              <w:bottom w:w="110" w:type="dxa"/>
              <w:end w:w="120" w:type="dxa"/>
            </w:tcMar>
            <w:vAlign w:val="center"/>
            <w:shd w:fill="F5EEE9"/>
          </w:tcPr>
          <w:p>
            <w:pPr>
              <w:spacing w:after="0"/>
            </w:pPr>
            <w:r>
              <w:rPr>
                <w:rFonts w:ascii="Arial" w:hAnsi="Arial"/>
                <w:color w:val="333333"/>
                <w:sz w:val="19"/>
              </w:rPr>
              <w:t>Name: __________________  Relationship to child: ______________  Contact details: ______________</w:t>
            </w:r>
          </w:p>
        </w:tc>
      </w:tr>
      <w:tr>
        <w:tc>
          <w:tcPr>
            <w:tcW w:type="dxa" w:w="2948"/>
            <w:tcMar>
              <w:top w:w="110" w:type="dxa"/>
              <w:start w:w="120" w:type="dxa"/>
              <w:bottom w:w="110" w:type="dxa"/>
              <w:end w:w="120" w:type="dxa"/>
            </w:tcMar>
            <w:vAlign w:val="center"/>
            <w:shd w:fill="A6533F"/>
          </w:tcPr>
          <w:p>
            <w:pPr>
              <w:spacing w:after="0"/>
            </w:pPr>
            <w:r>
              <w:rPr>
                <w:rFonts w:ascii="Arial" w:hAnsi="Arial"/>
                <w:b/>
                <w:color w:val="FFFFFF"/>
                <w:sz w:val="18"/>
              </w:rPr>
              <w:t>Other significant people</w:t>
            </w:r>
          </w:p>
        </w:tc>
        <w:tc>
          <w:tcPr>
            <w:tcW w:type="dxa" w:w="6406"/>
            <w:tcMar>
              <w:top w:w="110" w:type="dxa"/>
              <w:start w:w="120" w:type="dxa"/>
              <w:bottom w:w="110" w:type="dxa"/>
              <w:end w:w="120" w:type="dxa"/>
            </w:tcMar>
            <w:vAlign w:val="center"/>
            <w:shd w:fill="F5EEE9"/>
          </w:tcPr>
          <w:p>
            <w:pPr>
              <w:spacing w:after="0"/>
            </w:pPr>
            <w:r>
              <w:rPr>
                <w:rFonts w:ascii="Arial" w:hAnsi="Arial"/>
                <w:color w:val="333333"/>
                <w:sz w:val="19"/>
              </w:rPr>
              <w:t xml:space="preserve"> </w:t>
            </w:r>
          </w:p>
        </w:tc>
      </w:tr>
      <w:tr>
        <w:tc>
          <w:tcPr>
            <w:tcW w:type="dxa" w:w="2948"/>
            <w:tcMar>
              <w:top w:w="110" w:type="dxa"/>
              <w:start w:w="120" w:type="dxa"/>
              <w:bottom w:w="110" w:type="dxa"/>
              <w:end w:w="120" w:type="dxa"/>
            </w:tcMar>
            <w:vAlign w:val="center"/>
            <w:shd w:fill="A6533F"/>
          </w:tcPr>
          <w:p>
            <w:pPr>
              <w:spacing w:after="0"/>
            </w:pPr>
            <w:r>
              <w:rPr>
                <w:rFonts w:ascii="Arial" w:hAnsi="Arial"/>
                <w:b/>
                <w:color w:val="FFFFFF"/>
                <w:sz w:val="18"/>
              </w:rPr>
              <w:t>Solicitors / Children's Guardian / Cafcass</w:t>
            </w:r>
          </w:p>
        </w:tc>
        <w:tc>
          <w:tcPr>
            <w:tcW w:type="dxa" w:w="6406"/>
            <w:tcMar>
              <w:top w:w="110" w:type="dxa"/>
              <w:start w:w="120" w:type="dxa"/>
              <w:bottom w:w="110" w:type="dxa"/>
              <w:end w:w="120" w:type="dxa"/>
            </w:tcMar>
            <w:vAlign w:val="center"/>
            <w:shd w:fill="F5EEE9"/>
          </w:tcPr>
          <w:p>
            <w:pPr>
              <w:spacing w:after="0"/>
            </w:pPr>
            <w:r>
              <w:rPr>
                <w:rFonts w:ascii="Arial" w:hAnsi="Arial"/>
                <w:color w:val="333333"/>
                <w:sz w:val="19"/>
              </w:rPr>
              <w:t xml:space="preserve"> </w:t>
            </w:r>
          </w:p>
        </w:tc>
      </w:tr>
      <w:tr>
        <w:tc>
          <w:tcPr>
            <w:tcW w:type="dxa" w:w="2948"/>
            <w:tcMar>
              <w:top w:w="110" w:type="dxa"/>
              <w:start w:w="120" w:type="dxa"/>
              <w:bottom w:w="110" w:type="dxa"/>
              <w:end w:w="120" w:type="dxa"/>
            </w:tcMar>
            <w:vAlign w:val="center"/>
            <w:shd w:fill="A6533F"/>
          </w:tcPr>
          <w:p>
            <w:pPr>
              <w:spacing w:after="0"/>
            </w:pPr>
            <w:r>
              <w:rPr>
                <w:rFonts w:ascii="Arial" w:hAnsi="Arial"/>
                <w:b/>
                <w:color w:val="FFFFFF"/>
                <w:sz w:val="18"/>
              </w:rPr>
              <w:t>Other agencies involved</w:t>
            </w:r>
          </w:p>
        </w:tc>
        <w:tc>
          <w:tcPr>
            <w:tcW w:type="dxa" w:w="6406"/>
            <w:tcMar>
              <w:top w:w="110" w:type="dxa"/>
              <w:start w:w="120" w:type="dxa"/>
              <w:bottom w:w="110" w:type="dxa"/>
              <w:end w:w="120" w:type="dxa"/>
            </w:tcMar>
            <w:vAlign w:val="center"/>
            <w:shd w:fill="F5EEE9"/>
          </w:tcPr>
          <w:p>
            <w:pPr>
              <w:spacing w:after="0"/>
            </w:pPr>
            <w:r>
              <w:rPr>
                <w:rFonts w:ascii="Arial" w:hAnsi="Arial"/>
                <w:color w:val="333333"/>
                <w:sz w:val="19"/>
              </w:rPr>
              <w:t xml:space="preserve"> </w:t>
            </w:r>
          </w:p>
        </w:tc>
      </w:tr>
      <w:tr>
        <w:tc>
          <w:tcPr>
            <w:tcW w:type="dxa" w:w="2948"/>
            <w:tcMar>
              <w:top w:w="110" w:type="dxa"/>
              <w:start w:w="120" w:type="dxa"/>
              <w:bottom w:w="110" w:type="dxa"/>
              <w:end w:w="120" w:type="dxa"/>
            </w:tcMar>
            <w:vAlign w:val="center"/>
            <w:shd w:fill="A6533F"/>
          </w:tcPr>
          <w:p>
            <w:pPr>
              <w:spacing w:after="0"/>
            </w:pPr>
            <w:r>
              <w:rPr>
                <w:rFonts w:ascii="Arial" w:hAnsi="Arial"/>
                <w:b/>
                <w:color w:val="FFFFFF"/>
                <w:sz w:val="18"/>
              </w:rPr>
              <w:t>Interpreter required?</w:t>
            </w:r>
          </w:p>
        </w:tc>
        <w:tc>
          <w:tcPr>
            <w:tcW w:type="dxa" w:w="6406"/>
            <w:tcMar>
              <w:top w:w="110" w:type="dxa"/>
              <w:start w:w="120" w:type="dxa"/>
              <w:bottom w:w="110" w:type="dxa"/>
              <w:end w:w="120" w:type="dxa"/>
            </w:tcMar>
            <w:vAlign w:val="center"/>
            <w:shd w:fill="F5EEE9"/>
          </w:tcPr>
          <w:p>
            <w:pPr>
              <w:spacing w:after="0"/>
            </w:pPr>
            <w:sdt>
              <w:sdtPr>
                <w:alias w:val="INT_Y"/>
                <w:tag w:val="INT_Y"/>
                <w:id w:val="500020"/>
                <w14:checkbox>
                  <w14:checked w14:val="0"/>
                  <w14:checkedState w14:val="2612" w14:font="MS Gothic"/>
                  <w14:uncheckedState w14:val="2610" w14:font="MS Gothic"/>
                </w14:checkbox>
              </w:sdtPr>
              <w:sdtContent>
                <w:r>
                  <w:rPr>
                    <w:rFonts w:ascii="Arial" w:hAnsi="Arial"/>
                    <w:color w:val="333333"/>
                    <w:sz w:val="19"/>
                  </w:rPr>
                  <w:t>☐</w:t>
                </w:r>
              </w:sdtContent>
            </w:sdt>
            <w:r>
              <w:rPr>
                <w:rFonts w:ascii="Arial" w:hAnsi="Arial"/>
                <w:color w:val="333333"/>
                <w:sz w:val="19"/>
              </w:rPr>
              <w:t xml:space="preserve"> Yes    </w:t>
            </w:r>
            <w:sdt>
              <w:sdtPr>
                <w:alias w:val="INT_N"/>
                <w:tag w:val="INT_N"/>
                <w:id w:val="500021"/>
                <w14:checkbox>
                  <w14:checked w14:val="0"/>
                  <w14:checkedState w14:val="2612" w14:font="MS Gothic"/>
                  <w14:uncheckedState w14:val="2610" w14:font="MS Gothic"/>
                </w14:checkbox>
              </w:sdtPr>
              <w:sdtContent>
                <w:r>
                  <w:rPr>
                    <w:rFonts w:ascii="Arial" w:hAnsi="Arial"/>
                    <w:color w:val="333333"/>
                    <w:sz w:val="19"/>
                  </w:rPr>
                  <w:t>☐</w:t>
                </w:r>
              </w:sdtContent>
            </w:sdt>
            <w:r>
              <w:rPr>
                <w:rFonts w:ascii="Arial" w:hAnsi="Arial"/>
                <w:color w:val="333333"/>
                <w:sz w:val="19"/>
              </w:rPr>
              <w:t xml:space="preserve"> No    Language or communication need: __________________</w:t>
            </w:r>
          </w:p>
        </w:tc>
      </w:tr>
    </w:tbl>
    <w:p>
      <w:pPr>
        <w:pStyle w:val="Heading1"/>
      </w:pPr>
      <w:r>
        <w:t>5. Current Family Time arrangements</w:t>
      </w:r>
    </w:p>
    <w:tbl>
      <w:tblPr>
        <w:tblW w:type="auto" w:w="0"/>
        <w:jc w:val="center"/>
        <w:tblLayout w:type="fixed"/>
        <w:tblLook w:firstColumn="1" w:firstRow="1" w:lastColumn="0" w:lastRow="0" w:noHBand="0" w:noVBand="1" w:val="04A0"/>
      </w:tblPr>
      <w:tblGrid>
        <w:gridCol w:w="4819"/>
        <w:gridCol w:w="4819"/>
      </w:tblGrid>
      <w:tr>
        <w:tc>
          <w:tcPr>
            <w:tcW w:type="dxa" w:w="2948"/>
            <w:tcMar>
              <w:top w:w="110" w:type="dxa"/>
              <w:start w:w="120" w:type="dxa"/>
              <w:bottom w:w="110" w:type="dxa"/>
              <w:end w:w="120" w:type="dxa"/>
            </w:tcMar>
            <w:vAlign w:val="center"/>
            <w:shd w:fill="A6533F"/>
          </w:tcPr>
          <w:p>
            <w:pPr>
              <w:spacing w:after="0"/>
            </w:pPr>
            <w:r>
              <w:rPr>
                <w:rFonts w:ascii="Arial" w:hAnsi="Arial"/>
                <w:b/>
                <w:color w:val="FFFFFF"/>
                <w:sz w:val="18"/>
              </w:rPr>
              <w:t>Current arrangement</w:t>
            </w:r>
          </w:p>
        </w:tc>
        <w:tc>
          <w:tcPr>
            <w:tcW w:type="dxa" w:w="6406"/>
            <w:tcMar>
              <w:top w:w="110" w:type="dxa"/>
              <w:start w:w="120" w:type="dxa"/>
              <w:bottom w:w="110" w:type="dxa"/>
              <w:end w:w="120" w:type="dxa"/>
            </w:tcMar>
            <w:vAlign w:val="center"/>
            <w:shd w:fill="F5EEE9"/>
          </w:tcPr>
          <w:p>
            <w:pPr>
              <w:spacing w:after="0"/>
            </w:pPr>
            <w:sdt>
              <w:sdtPr>
                <w:alias w:val="ARR_SUPV"/>
                <w:tag w:val="ARR_SUPV"/>
                <w:id w:val="500022"/>
                <w14:checkbox>
                  <w14:checked w14:val="0"/>
                  <w14:checkedState w14:val="2612" w14:font="MS Gothic"/>
                  <w14:uncheckedState w14:val="2610" w14:font="MS Gothic"/>
                </w14:checkbox>
              </w:sdtPr>
              <w:sdtContent>
                <w:r>
                  <w:rPr>
                    <w:rFonts w:ascii="Arial" w:hAnsi="Arial"/>
                    <w:color w:val="333333"/>
                    <w:sz w:val="19"/>
                  </w:rPr>
                  <w:t>☐</w:t>
                </w:r>
              </w:sdtContent>
            </w:sdt>
            <w:r>
              <w:rPr>
                <w:rFonts w:ascii="Arial" w:hAnsi="Arial"/>
                <w:color w:val="333333"/>
                <w:sz w:val="19"/>
              </w:rPr>
              <w:t xml:space="preserve"> Supervised    </w:t>
            </w:r>
            <w:sdt>
              <w:sdtPr>
                <w:alias w:val="ARR_SUPP"/>
                <w:tag w:val="ARR_SUPP"/>
                <w:id w:val="500023"/>
                <w14:checkbox>
                  <w14:checked w14:val="0"/>
                  <w14:checkedState w14:val="2612" w14:font="MS Gothic"/>
                  <w14:uncheckedState w14:val="2610" w14:font="MS Gothic"/>
                </w14:checkbox>
              </w:sdtPr>
              <w:sdtContent>
                <w:r>
                  <w:rPr>
                    <w:rFonts w:ascii="Arial" w:hAnsi="Arial"/>
                    <w:color w:val="333333"/>
                    <w:sz w:val="19"/>
                  </w:rPr>
                  <w:t>☐</w:t>
                </w:r>
              </w:sdtContent>
            </w:sdt>
            <w:r>
              <w:rPr>
                <w:rFonts w:ascii="Arial" w:hAnsi="Arial"/>
                <w:color w:val="333333"/>
                <w:sz w:val="19"/>
              </w:rPr>
              <w:t xml:space="preserve"> Supported    </w:t>
            </w:r>
            <w:sdt>
              <w:sdtPr>
                <w:alias w:val="ARR_COMM"/>
                <w:tag w:val="ARR_COMM"/>
                <w:id w:val="500024"/>
                <w14:checkbox>
                  <w14:checked w14:val="0"/>
                  <w14:checkedState w14:val="2612" w14:font="MS Gothic"/>
                  <w14:uncheckedState w14:val="2610" w14:font="MS Gothic"/>
                </w14:checkbox>
              </w:sdtPr>
              <w:sdtContent>
                <w:r>
                  <w:rPr>
                    <w:rFonts w:ascii="Arial" w:hAnsi="Arial"/>
                    <w:color w:val="333333"/>
                    <w:sz w:val="19"/>
                  </w:rPr>
                  <w:t>☐</w:t>
                </w:r>
              </w:sdtContent>
            </w:sdt>
            <w:r>
              <w:rPr>
                <w:rFonts w:ascii="Arial" w:hAnsi="Arial"/>
                <w:color w:val="333333"/>
                <w:sz w:val="19"/>
              </w:rPr>
              <w:t xml:space="preserve"> Community    </w:t>
            </w:r>
            <w:sdt>
              <w:sdtPr>
                <w:alias w:val="ARR_VIRT"/>
                <w:tag w:val="ARR_VIRT"/>
                <w:id w:val="500025"/>
                <w14:checkbox>
                  <w14:checked w14:val="0"/>
                  <w14:checkedState w14:val="2612" w14:font="MS Gothic"/>
                  <w14:uncheckedState w14:val="2610" w14:font="MS Gothic"/>
                </w14:checkbox>
              </w:sdtPr>
              <w:sdtContent>
                <w:r>
                  <w:rPr>
                    <w:rFonts w:ascii="Arial" w:hAnsi="Arial"/>
                    <w:color w:val="333333"/>
                    <w:sz w:val="19"/>
                  </w:rPr>
                  <w:t>☐</w:t>
                </w:r>
              </w:sdtContent>
            </w:sdt>
            <w:r>
              <w:rPr>
                <w:rFonts w:ascii="Arial" w:hAnsi="Arial"/>
                <w:color w:val="333333"/>
                <w:sz w:val="19"/>
              </w:rPr>
              <w:t xml:space="preserve"> Virtual    </w:t>
            </w:r>
            <w:sdt>
              <w:sdtPr>
                <w:alias w:val="ARR_IND"/>
                <w:tag w:val="ARR_IND"/>
                <w:id w:val="500026"/>
                <w14:checkbox>
                  <w14:checked w14:val="0"/>
                  <w14:checkedState w14:val="2612" w14:font="MS Gothic"/>
                  <w14:uncheckedState w14:val="2610" w14:font="MS Gothic"/>
                </w14:checkbox>
              </w:sdtPr>
              <w:sdtContent>
                <w:r>
                  <w:rPr>
                    <w:rFonts w:ascii="Arial" w:hAnsi="Arial"/>
                    <w:color w:val="333333"/>
                    <w:sz w:val="19"/>
                  </w:rPr>
                  <w:t>☐</w:t>
                </w:r>
              </w:sdtContent>
            </w:sdt>
            <w:r>
              <w:rPr>
                <w:rFonts w:ascii="Arial" w:hAnsi="Arial"/>
                <w:color w:val="333333"/>
                <w:sz w:val="19"/>
              </w:rPr>
              <w:t xml:space="preserve"> Indirect    </w:t>
            </w:r>
            <w:sdt>
              <w:sdtPr>
                <w:alias w:val="ARR_HAND"/>
                <w:tag w:val="ARR_HAND"/>
                <w:id w:val="500027"/>
                <w14:checkbox>
                  <w14:checked w14:val="0"/>
                  <w14:checkedState w14:val="2612" w14:font="MS Gothic"/>
                  <w14:uncheckedState w14:val="2610" w14:font="MS Gothic"/>
                </w14:checkbox>
              </w:sdtPr>
              <w:sdtContent>
                <w:r>
                  <w:rPr>
                    <w:rFonts w:ascii="Arial" w:hAnsi="Arial"/>
                    <w:color w:val="333333"/>
                    <w:sz w:val="19"/>
                  </w:rPr>
                  <w:t>☐</w:t>
                </w:r>
              </w:sdtContent>
            </w:sdt>
            <w:r>
              <w:rPr>
                <w:rFonts w:ascii="Arial" w:hAnsi="Arial"/>
                <w:color w:val="333333"/>
                <w:sz w:val="19"/>
              </w:rPr>
              <w:t xml:space="preserve"> Handover    </w:t>
            </w:r>
            <w:sdt>
              <w:sdtPr>
                <w:alias w:val="ARR_NONE"/>
                <w:tag w:val="ARR_NONE"/>
                <w:id w:val="500028"/>
                <w14:checkbox>
                  <w14:checked w14:val="0"/>
                  <w14:checkedState w14:val="2612" w14:font="MS Gothic"/>
                  <w14:uncheckedState w14:val="2610" w14:font="MS Gothic"/>
                </w14:checkbox>
              </w:sdtPr>
              <w:sdtContent>
                <w:r>
                  <w:rPr>
                    <w:rFonts w:ascii="Arial" w:hAnsi="Arial"/>
                    <w:color w:val="333333"/>
                    <w:sz w:val="19"/>
                  </w:rPr>
                  <w:t>☐</w:t>
                </w:r>
              </w:sdtContent>
            </w:sdt>
            <w:r>
              <w:rPr>
                <w:rFonts w:ascii="Arial" w:hAnsi="Arial"/>
                <w:color w:val="333333"/>
                <w:sz w:val="19"/>
              </w:rPr>
              <w:t xml:space="preserve"> None</w:t>
            </w:r>
          </w:p>
        </w:tc>
      </w:tr>
      <w:tr>
        <w:tc>
          <w:tcPr>
            <w:tcW w:type="dxa" w:w="2948"/>
            <w:tcMar>
              <w:top w:w="110" w:type="dxa"/>
              <w:start w:w="120" w:type="dxa"/>
              <w:bottom w:w="110" w:type="dxa"/>
              <w:end w:w="120" w:type="dxa"/>
            </w:tcMar>
            <w:vAlign w:val="center"/>
            <w:shd w:fill="A6533F"/>
          </w:tcPr>
          <w:p>
            <w:pPr>
              <w:spacing w:after="0"/>
            </w:pPr>
            <w:r>
              <w:rPr>
                <w:rFonts w:ascii="Arial" w:hAnsi="Arial"/>
                <w:b/>
                <w:color w:val="FFFFFF"/>
                <w:sz w:val="18"/>
              </w:rPr>
              <w:t>Frequency and duration</w:t>
            </w:r>
          </w:p>
        </w:tc>
        <w:tc>
          <w:tcPr>
            <w:tcW w:type="dxa" w:w="6406"/>
            <w:tcMar>
              <w:top w:w="110" w:type="dxa"/>
              <w:start w:w="120" w:type="dxa"/>
              <w:bottom w:w="110" w:type="dxa"/>
              <w:end w:w="120" w:type="dxa"/>
            </w:tcMar>
            <w:vAlign w:val="center"/>
            <w:shd w:fill="F5EEE9"/>
          </w:tcPr>
          <w:p>
            <w:pPr>
              <w:spacing w:after="0"/>
            </w:pPr>
            <w:r>
              <w:rPr>
                <w:rFonts w:ascii="Arial" w:hAnsi="Arial"/>
                <w:color w:val="333333"/>
                <w:sz w:val="19"/>
              </w:rPr>
              <w:t xml:space="preserve"> </w:t>
            </w:r>
          </w:p>
        </w:tc>
      </w:tr>
      <w:tr>
        <w:tc>
          <w:tcPr>
            <w:tcW w:type="dxa" w:w="2948"/>
            <w:tcMar>
              <w:top w:w="110" w:type="dxa"/>
              <w:start w:w="120" w:type="dxa"/>
              <w:bottom w:w="110" w:type="dxa"/>
              <w:end w:w="120" w:type="dxa"/>
            </w:tcMar>
            <w:vAlign w:val="center"/>
            <w:shd w:fill="A6533F"/>
          </w:tcPr>
          <w:p>
            <w:pPr>
              <w:spacing w:after="0"/>
            </w:pPr>
            <w:r>
              <w:rPr>
                <w:rFonts w:ascii="Arial" w:hAnsi="Arial"/>
                <w:b/>
                <w:color w:val="FFFFFF"/>
                <w:sz w:val="18"/>
              </w:rPr>
              <w:t>Current venue / provider</w:t>
            </w:r>
          </w:p>
        </w:tc>
        <w:tc>
          <w:tcPr>
            <w:tcW w:type="dxa" w:w="6406"/>
            <w:tcMar>
              <w:top w:w="110" w:type="dxa"/>
              <w:start w:w="120" w:type="dxa"/>
              <w:bottom w:w="110" w:type="dxa"/>
              <w:end w:w="120" w:type="dxa"/>
            </w:tcMar>
            <w:vAlign w:val="center"/>
            <w:shd w:fill="F5EEE9"/>
          </w:tcPr>
          <w:p>
            <w:pPr>
              <w:spacing w:after="0"/>
            </w:pPr>
            <w:r>
              <w:rPr>
                <w:rFonts w:ascii="Arial" w:hAnsi="Arial"/>
                <w:color w:val="333333"/>
                <w:sz w:val="19"/>
              </w:rPr>
              <w:t xml:space="preserve"> </w:t>
            </w:r>
          </w:p>
        </w:tc>
      </w:tr>
      <w:tr>
        <w:tc>
          <w:tcPr>
            <w:tcW w:type="dxa" w:w="2948"/>
            <w:tcMar>
              <w:top w:w="110" w:type="dxa"/>
              <w:start w:w="120" w:type="dxa"/>
              <w:bottom w:w="110" w:type="dxa"/>
              <w:end w:w="120" w:type="dxa"/>
            </w:tcMar>
            <w:vAlign w:val="center"/>
            <w:shd w:fill="A6533F"/>
          </w:tcPr>
          <w:p>
            <w:pPr>
              <w:spacing w:after="0"/>
            </w:pPr>
            <w:r>
              <w:rPr>
                <w:rFonts w:ascii="Arial" w:hAnsi="Arial"/>
                <w:b/>
                <w:color w:val="FFFFFF"/>
                <w:sz w:val="18"/>
              </w:rPr>
              <w:t>Who attends?</w:t>
            </w:r>
          </w:p>
        </w:tc>
        <w:tc>
          <w:tcPr>
            <w:tcW w:type="dxa" w:w="6406"/>
            <w:tcMar>
              <w:top w:w="110" w:type="dxa"/>
              <w:start w:w="120" w:type="dxa"/>
              <w:bottom w:w="110" w:type="dxa"/>
              <w:end w:w="120" w:type="dxa"/>
            </w:tcMar>
            <w:vAlign w:val="center"/>
            <w:shd w:fill="F5EEE9"/>
          </w:tcPr>
          <w:p>
            <w:pPr>
              <w:spacing w:after="0"/>
            </w:pPr>
            <w:r>
              <w:rPr>
                <w:rFonts w:ascii="Arial" w:hAnsi="Arial"/>
                <w:color w:val="333333"/>
                <w:sz w:val="19"/>
              </w:rPr>
              <w:t xml:space="preserve"> </w:t>
            </w:r>
          </w:p>
        </w:tc>
      </w:tr>
      <w:tr>
        <w:tc>
          <w:tcPr>
            <w:tcW w:type="dxa" w:w="2948"/>
            <w:tcMar>
              <w:top w:w="110" w:type="dxa"/>
              <w:start w:w="120" w:type="dxa"/>
              <w:bottom w:w="110" w:type="dxa"/>
              <w:end w:w="120" w:type="dxa"/>
            </w:tcMar>
            <w:vAlign w:val="center"/>
            <w:shd w:fill="A6533F"/>
          </w:tcPr>
          <w:p>
            <w:pPr>
              <w:spacing w:after="0"/>
            </w:pPr>
            <w:r>
              <w:rPr>
                <w:rFonts w:ascii="Arial" w:hAnsi="Arial"/>
                <w:b/>
                <w:color w:val="FFFFFF"/>
                <w:sz w:val="18"/>
              </w:rPr>
              <w:t>Transport arrangements</w:t>
            </w:r>
          </w:p>
        </w:tc>
        <w:tc>
          <w:tcPr>
            <w:tcW w:type="dxa" w:w="6406"/>
            <w:tcMar>
              <w:top w:w="110" w:type="dxa"/>
              <w:start w:w="120" w:type="dxa"/>
              <w:bottom w:w="110" w:type="dxa"/>
              <w:end w:w="120" w:type="dxa"/>
            </w:tcMar>
            <w:vAlign w:val="center"/>
            <w:shd w:fill="F5EEE9"/>
          </w:tcPr>
          <w:p>
            <w:pPr>
              <w:spacing w:after="0"/>
            </w:pPr>
            <w:r>
              <w:rPr>
                <w:rFonts w:ascii="Arial" w:hAnsi="Arial"/>
                <w:color w:val="333333"/>
                <w:sz w:val="19"/>
              </w:rPr>
              <w:t xml:space="preserve"> </w:t>
            </w:r>
          </w:p>
        </w:tc>
      </w:tr>
      <w:tr>
        <w:tc>
          <w:tcPr>
            <w:tcW w:type="dxa" w:w="2948"/>
            <w:tcMar>
              <w:top w:w="110" w:type="dxa"/>
              <w:start w:w="120" w:type="dxa"/>
              <w:bottom w:w="110" w:type="dxa"/>
              <w:end w:w="120" w:type="dxa"/>
            </w:tcMar>
            <w:vAlign w:val="center"/>
            <w:shd w:fill="A6533F"/>
          </w:tcPr>
          <w:p>
            <w:pPr>
              <w:spacing w:after="0"/>
            </w:pPr>
            <w:r>
              <w:rPr>
                <w:rFonts w:ascii="Arial" w:hAnsi="Arial"/>
                <w:b/>
                <w:color w:val="FFFFFF"/>
                <w:sz w:val="18"/>
              </w:rPr>
              <w:t>Current difficulties or concerns</w:t>
            </w:r>
          </w:p>
        </w:tc>
        <w:tc>
          <w:tcPr>
            <w:tcW w:type="dxa" w:w="6406"/>
            <w:tcMar>
              <w:top w:w="110" w:type="dxa"/>
              <w:start w:w="120" w:type="dxa"/>
              <w:bottom w:w="110" w:type="dxa"/>
              <w:end w:w="120" w:type="dxa"/>
            </w:tcMar>
            <w:vAlign w:val="center"/>
            <w:shd w:fill="F5EEE9"/>
          </w:tcPr>
          <w:p>
            <w:pPr>
              <w:spacing w:after="0"/>
            </w:pPr>
            <w:r>
              <w:rPr>
                <w:rFonts w:ascii="Arial" w:hAnsi="Arial"/>
                <w:color w:val="333333"/>
                <w:sz w:val="19"/>
              </w:rPr>
              <w:t xml:space="preserve"> </w:t>
            </w:r>
          </w:p>
        </w:tc>
      </w:tr>
    </w:tbl>
    <w:p>
      <w:pPr>
        <w:keepNext/>
        <w:spacing w:before="120" w:after="60"/>
      </w:pPr>
      <w:r>
        <w:rPr>
          <w:rFonts w:ascii="Arial" w:hAnsi="Arial"/>
          <w:b/>
          <w:color w:val="A6533F"/>
          <w:sz w:val="21"/>
        </w:rPr>
        <w:t>Brief history of the Family Time arrangements</w:t>
      </w:r>
    </w:p>
    <w:p>
      <w:pPr>
        <w:keepNext/>
        <w:spacing w:after="60"/>
      </w:pPr>
      <w:r>
        <w:rPr>
          <w:i/>
          <w:color w:val="666666"/>
          <w:sz w:val="17"/>
        </w:rPr>
        <w:t>Include what has been tried, what has worked, changes over time and why an assessment or review is now being requested.</w:t>
      </w:r>
    </w:p>
    <w:tbl>
      <w:tblPr>
        <w:tblW w:type="auto" w:w="0"/>
        <w:jc w:val="center"/>
        <w:tblLayout w:type="fixed"/>
        <w:tblLook w:firstColumn="1" w:firstRow="1" w:lastColumn="0" w:lastRow="0" w:noHBand="0" w:noVBand="1" w:val="04A0"/>
      </w:tblPr>
      <w:tblGrid>
        <w:gridCol w:w="9354"/>
      </w:tblGrid>
      <w:tr>
        <w:tc>
          <w:tcPr>
            <w:tcW w:type="dxa" w:w="9638"/>
            <w:tcMar>
              <w:top w:w="120" w:type="dxa"/>
              <w:start w:w="140" w:type="dxa"/>
              <w:bottom w:w="120" w:type="dxa"/>
              <w:end w:w="140" w:type="dxa"/>
            </w:tcMar>
            <w:shd w:fill="FFFFFF"/>
          </w:tcPr>
          <w:p>
            <w:pPr>
              <w:spacing w:after="0"/>
            </w:pPr>
            <w:r>
              <w:rPr>
                <w:rFonts w:ascii="Arial" w:hAnsi="Arial"/>
                <w:color w:val="B8B8B8"/>
                <w:sz w:val="16"/>
              </w:rPr>
              <w:t>________________________________________________________________________________</w:t>
              <w:br/>
            </w:r>
            <w:r>
              <w:rPr>
                <w:rFonts w:ascii="Arial" w:hAnsi="Arial"/>
                <w:color w:val="B8B8B8"/>
                <w:sz w:val="16"/>
              </w:rPr>
              <w:t>________________________________________________________________________________</w:t>
              <w:br/>
            </w:r>
            <w:r>
              <w:rPr>
                <w:rFonts w:ascii="Arial" w:hAnsi="Arial"/>
                <w:color w:val="B8B8B8"/>
                <w:sz w:val="16"/>
              </w:rPr>
              <w:t>________________________________________________________________________________</w:t>
              <w:br/>
            </w:r>
            <w:r>
              <w:rPr>
                <w:rFonts w:ascii="Arial" w:hAnsi="Arial"/>
                <w:color w:val="B8B8B8"/>
                <w:sz w:val="16"/>
              </w:rPr>
              <w:t>________________________________________________________________________________</w:t>
            </w:r>
          </w:p>
        </w:tc>
      </w:tr>
    </w:tbl>
    <w:p>
      <w:pPr>
        <w:pStyle w:val="Heading1"/>
      </w:pPr>
      <w:r>
        <w:t>6. Purpose and scope of the proposed work</w:t>
      </w:r>
    </w:p>
    <w:p>
      <w:pPr>
        <w:keepNext/>
        <w:spacing w:before="120" w:after="60"/>
      </w:pPr>
      <w:r>
        <w:rPr>
          <w:rFonts w:ascii="Arial" w:hAnsi="Arial"/>
          <w:b/>
          <w:color w:val="A6533F"/>
          <w:sz w:val="21"/>
        </w:rPr>
        <w:t>What is Project West being asked to assess or review?</w:t>
      </w:r>
    </w:p>
    <w:p>
      <w:pPr>
        <w:keepNext/>
        <w:spacing w:after="60"/>
      </w:pPr>
      <w:r>
        <w:rPr>
          <w:i/>
          <w:color w:val="666666"/>
          <w:sz w:val="17"/>
        </w:rPr>
        <w:t>Set out the specific questions to be addressed. Avoid broad requests such as 'assess parenting' without identifying the issues and decisions the work must inform.</w:t>
      </w:r>
    </w:p>
    <w:tbl>
      <w:tblPr>
        <w:tblW w:type="auto" w:w="0"/>
        <w:jc w:val="center"/>
        <w:tblLayout w:type="fixed"/>
        <w:tblLook w:firstColumn="1" w:firstRow="1" w:lastColumn="0" w:lastRow="0" w:noHBand="0" w:noVBand="1" w:val="04A0"/>
      </w:tblPr>
      <w:tblGrid>
        <w:gridCol w:w="9354"/>
      </w:tblGrid>
      <w:tr>
        <w:tc>
          <w:tcPr>
            <w:tcW w:type="dxa" w:w="9638"/>
            <w:tcMar>
              <w:top w:w="120" w:type="dxa"/>
              <w:start w:w="140" w:type="dxa"/>
              <w:bottom w:w="120" w:type="dxa"/>
              <w:end w:w="140" w:type="dxa"/>
            </w:tcMar>
            <w:shd w:fill="FFFFFF"/>
          </w:tcPr>
          <w:p>
            <w:pPr>
              <w:spacing w:after="0"/>
            </w:pPr>
            <w:r>
              <w:rPr>
                <w:rFonts w:ascii="Arial" w:hAnsi="Arial"/>
                <w:color w:val="B8B8B8"/>
                <w:sz w:val="16"/>
              </w:rPr>
              <w:t>________________________________________________________________________________</w:t>
              <w:br/>
            </w:r>
            <w:r>
              <w:rPr>
                <w:rFonts w:ascii="Arial" w:hAnsi="Arial"/>
                <w:color w:val="B8B8B8"/>
                <w:sz w:val="16"/>
              </w:rPr>
              <w:t>________________________________________________________________________________</w:t>
              <w:br/>
            </w:r>
            <w:r>
              <w:rPr>
                <w:rFonts w:ascii="Arial" w:hAnsi="Arial"/>
                <w:color w:val="B8B8B8"/>
                <w:sz w:val="16"/>
              </w:rPr>
              <w:t>________________________________________________________________________________</w:t>
              <w:br/>
            </w:r>
            <w:r>
              <w:rPr>
                <w:rFonts w:ascii="Arial" w:hAnsi="Arial"/>
                <w:color w:val="B8B8B8"/>
                <w:sz w:val="16"/>
              </w:rPr>
              <w:t>________________________________________________________________________________</w:t>
              <w:br/>
            </w:r>
            <w:r>
              <w:rPr>
                <w:rFonts w:ascii="Arial" w:hAnsi="Arial"/>
                <w:color w:val="B8B8B8"/>
                <w:sz w:val="16"/>
              </w:rPr>
              <w:t>________________________________________________________________________________</w:t>
            </w:r>
          </w:p>
        </w:tc>
      </w:tr>
    </w:tbl>
    <w:p>
      <w:pPr>
        <w:keepNext/>
        <w:spacing w:before="120" w:after="60"/>
      </w:pPr>
      <w:r>
        <w:rPr>
          <w:rFonts w:ascii="Arial" w:hAnsi="Arial"/>
          <w:b/>
          <w:color w:val="A6533F"/>
          <w:sz w:val="21"/>
        </w:rPr>
        <w:t>What decision will the assessment or review inform?</w:t>
      </w:r>
    </w:p>
    <w:tbl>
      <w:tblPr>
        <w:tblW w:type="auto" w:w="0"/>
        <w:jc w:val="center"/>
        <w:tblLayout w:type="fixed"/>
        <w:tblLook w:firstColumn="1" w:firstRow="1" w:lastColumn="0" w:lastRow="0" w:noHBand="0" w:noVBand="1" w:val="04A0"/>
      </w:tblPr>
      <w:tblGrid>
        <w:gridCol w:w="9354"/>
      </w:tblGrid>
      <w:tr>
        <w:tc>
          <w:tcPr>
            <w:tcW w:type="dxa" w:w="9638"/>
            <w:tcMar>
              <w:top w:w="120" w:type="dxa"/>
              <w:start w:w="140" w:type="dxa"/>
              <w:bottom w:w="120" w:type="dxa"/>
              <w:end w:w="140" w:type="dxa"/>
            </w:tcMar>
            <w:shd w:fill="FFFFFF"/>
          </w:tcPr>
          <w:p>
            <w:pPr>
              <w:spacing w:after="0"/>
            </w:pPr>
            <w:r>
              <w:rPr>
                <w:rFonts w:ascii="Arial" w:hAnsi="Arial"/>
                <w:color w:val="B8B8B8"/>
                <w:sz w:val="16"/>
              </w:rPr>
              <w:t>________________________________________________________________________________</w:t>
              <w:br/>
            </w:r>
            <w:r>
              <w:rPr>
                <w:rFonts w:ascii="Arial" w:hAnsi="Arial"/>
                <w:color w:val="B8B8B8"/>
                <w:sz w:val="16"/>
              </w:rPr>
              <w:t>________________________________________________________________________________</w:t>
              <w:br/>
            </w:r>
            <w:r>
              <w:rPr>
                <w:rFonts w:ascii="Arial" w:hAnsi="Arial"/>
                <w:color w:val="B8B8B8"/>
                <w:sz w:val="16"/>
              </w:rPr>
              <w:t>________________________________________________________________________________</w:t>
            </w:r>
          </w:p>
        </w:tc>
      </w:tr>
    </w:tbl>
    <w:p>
      <w:pPr>
        <w:keepNext/>
        <w:spacing w:before="120" w:after="60"/>
      </w:pPr>
      <w:r>
        <w:rPr>
          <w:rFonts w:ascii="Arial" w:hAnsi="Arial"/>
          <w:b/>
          <w:color w:val="A6533F"/>
          <w:sz w:val="21"/>
        </w:rPr>
        <w:t>What outcomes or changes are being sought for the child or family?</w:t>
      </w:r>
    </w:p>
    <w:tbl>
      <w:tblPr>
        <w:tblW w:type="auto" w:w="0"/>
        <w:jc w:val="center"/>
        <w:tblLayout w:type="fixed"/>
        <w:tblLook w:firstColumn="1" w:firstRow="1" w:lastColumn="0" w:lastRow="0" w:noHBand="0" w:noVBand="1" w:val="04A0"/>
      </w:tblPr>
      <w:tblGrid>
        <w:gridCol w:w="9354"/>
      </w:tblGrid>
      <w:tr>
        <w:tc>
          <w:tcPr>
            <w:tcW w:type="dxa" w:w="9638"/>
            <w:tcMar>
              <w:top w:w="120" w:type="dxa"/>
              <w:start w:w="140" w:type="dxa"/>
              <w:bottom w:w="120" w:type="dxa"/>
              <w:end w:w="140" w:type="dxa"/>
            </w:tcMar>
            <w:shd w:fill="FFFFFF"/>
          </w:tcPr>
          <w:p>
            <w:pPr>
              <w:spacing w:after="0"/>
            </w:pPr>
            <w:r>
              <w:rPr>
                <w:rFonts w:ascii="Arial" w:hAnsi="Arial"/>
                <w:color w:val="B8B8B8"/>
                <w:sz w:val="16"/>
              </w:rPr>
              <w:t>________________________________________________________________________________</w:t>
              <w:br/>
            </w:r>
            <w:r>
              <w:rPr>
                <w:rFonts w:ascii="Arial" w:hAnsi="Arial"/>
                <w:color w:val="B8B8B8"/>
                <w:sz w:val="16"/>
              </w:rPr>
              <w:t>________________________________________________________________________________</w:t>
              <w:br/>
            </w:r>
            <w:r>
              <w:rPr>
                <w:rFonts w:ascii="Arial" w:hAnsi="Arial"/>
                <w:color w:val="B8B8B8"/>
                <w:sz w:val="16"/>
              </w:rPr>
              <w:t>________________________________________________________________________________</w:t>
            </w:r>
          </w:p>
        </w:tc>
      </w:tr>
    </w:tbl>
    <w:p>
      <w:pPr>
        <w:pStyle w:val="Heading1"/>
      </w:pPr>
      <w:r>
        <w:t>7. Risk and safeguarding information</w:t>
      </w:r>
    </w:p>
    <w:p>
      <w:pPr>
        <w:spacing w:after="100"/>
      </w:pPr>
      <w:r>
        <w:t>Please identify all known or suspected risks. An urgent safeguarding concern must be referred through the appropriate safeguarding route and must not wait for this enquiry to be reviewed.</w:t>
      </w:r>
    </w:p>
    <w:tbl>
      <w:tblPr>
        <w:tblW w:type="auto" w:w="0"/>
        <w:jc w:val="center"/>
        <w:tblLayout w:type="fixed"/>
        <w:tblLook w:firstColumn="1" w:firstRow="1" w:lastColumn="0" w:lastRow="0" w:noHBand="0" w:noVBand="1" w:val="04A0"/>
      </w:tblPr>
      <w:tblGrid>
        <w:gridCol w:w="4819"/>
        <w:gridCol w:w="4819"/>
      </w:tblGrid>
      <w:tr>
        <w:tc>
          <w:tcPr>
            <w:tcW w:type="dxa" w:w="2948"/>
            <w:tcMar>
              <w:top w:w="110" w:type="dxa"/>
              <w:start w:w="120" w:type="dxa"/>
              <w:bottom w:w="110" w:type="dxa"/>
              <w:end w:w="120" w:type="dxa"/>
            </w:tcMar>
            <w:vAlign w:val="center"/>
            <w:shd w:fill="A6533F"/>
          </w:tcPr>
          <w:p>
            <w:pPr>
              <w:spacing w:after="0"/>
            </w:pPr>
            <w:r>
              <w:rPr>
                <w:rFonts w:ascii="Arial" w:hAnsi="Arial"/>
                <w:b/>
                <w:color w:val="FFFFFF"/>
                <w:sz w:val="18"/>
              </w:rPr>
              <w:t>Domestic abuse or coercive control</w:t>
            </w:r>
          </w:p>
        </w:tc>
        <w:tc>
          <w:tcPr>
            <w:tcW w:type="dxa" w:w="6406"/>
            <w:tcMar>
              <w:top w:w="110" w:type="dxa"/>
              <w:start w:w="120" w:type="dxa"/>
              <w:bottom w:w="110" w:type="dxa"/>
              <w:end w:w="120" w:type="dxa"/>
            </w:tcMar>
            <w:vAlign w:val="center"/>
            <w:shd w:fill="F5EEE9"/>
          </w:tcPr>
          <w:p>
            <w:pPr>
              <w:spacing w:after="0"/>
            </w:pPr>
            <w:sdt>
              <w:sdtPr>
                <w:alias w:val="R1_Y"/>
                <w:tag w:val="R1_Y"/>
                <w:id w:val="500029"/>
                <w14:checkbox>
                  <w14:checked w14:val="0"/>
                  <w14:checkedState w14:val="2612" w14:font="MS Gothic"/>
                  <w14:uncheckedState w14:val="2610" w14:font="MS Gothic"/>
                </w14:checkbox>
              </w:sdtPr>
              <w:sdtContent>
                <w:r>
                  <w:rPr>
                    <w:rFonts w:ascii="Arial" w:hAnsi="Arial"/>
                    <w:color w:val="333333"/>
                    <w:sz w:val="19"/>
                  </w:rPr>
                  <w:t>☐</w:t>
                </w:r>
              </w:sdtContent>
            </w:sdt>
            <w:r>
              <w:rPr>
                <w:rFonts w:ascii="Arial" w:hAnsi="Arial"/>
                <w:color w:val="333333"/>
                <w:sz w:val="19"/>
              </w:rPr>
              <w:t xml:space="preserve"> Yes    </w:t>
            </w:r>
            <w:sdt>
              <w:sdtPr>
                <w:alias w:val="R1_N"/>
                <w:tag w:val="R1_N"/>
                <w:id w:val="500030"/>
                <w14:checkbox>
                  <w14:checked w14:val="0"/>
                  <w14:checkedState w14:val="2612" w14:font="MS Gothic"/>
                  <w14:uncheckedState w14:val="2610" w14:font="MS Gothic"/>
                </w14:checkbox>
              </w:sdtPr>
              <w:sdtContent>
                <w:r>
                  <w:rPr>
                    <w:rFonts w:ascii="Arial" w:hAnsi="Arial"/>
                    <w:color w:val="333333"/>
                    <w:sz w:val="19"/>
                  </w:rPr>
                  <w:t>☐</w:t>
                </w:r>
              </w:sdtContent>
            </w:sdt>
            <w:r>
              <w:rPr>
                <w:rFonts w:ascii="Arial" w:hAnsi="Arial"/>
                <w:color w:val="333333"/>
                <w:sz w:val="19"/>
              </w:rPr>
              <w:t xml:space="preserve"> No    </w:t>
            </w:r>
            <w:sdt>
              <w:sdtPr>
                <w:alias w:val="R1_U"/>
                <w:tag w:val="R1_U"/>
                <w:id w:val="500031"/>
                <w14:checkbox>
                  <w14:checked w14:val="0"/>
                  <w14:checkedState w14:val="2612" w14:font="MS Gothic"/>
                  <w14:uncheckedState w14:val="2610" w14:font="MS Gothic"/>
                </w14:checkbox>
              </w:sdtPr>
              <w:sdtContent>
                <w:r>
                  <w:rPr>
                    <w:rFonts w:ascii="Arial" w:hAnsi="Arial"/>
                    <w:color w:val="333333"/>
                    <w:sz w:val="19"/>
                  </w:rPr>
                  <w:t>☐</w:t>
                </w:r>
              </w:sdtContent>
            </w:sdt>
            <w:r>
              <w:rPr>
                <w:rFonts w:ascii="Arial" w:hAnsi="Arial"/>
                <w:color w:val="333333"/>
                <w:sz w:val="19"/>
              </w:rPr>
              <w:t xml:space="preserve"> Not known - details below</w:t>
            </w:r>
          </w:p>
        </w:tc>
      </w:tr>
      <w:tr>
        <w:tc>
          <w:tcPr>
            <w:tcW w:type="dxa" w:w="2948"/>
            <w:tcMar>
              <w:top w:w="110" w:type="dxa"/>
              <w:start w:w="120" w:type="dxa"/>
              <w:bottom w:w="110" w:type="dxa"/>
              <w:end w:w="120" w:type="dxa"/>
            </w:tcMar>
            <w:vAlign w:val="center"/>
            <w:shd w:fill="A6533F"/>
          </w:tcPr>
          <w:p>
            <w:pPr>
              <w:spacing w:after="0"/>
            </w:pPr>
            <w:r>
              <w:rPr>
                <w:rFonts w:ascii="Arial" w:hAnsi="Arial"/>
                <w:b/>
                <w:color w:val="FFFFFF"/>
                <w:sz w:val="18"/>
              </w:rPr>
              <w:t>Violence or aggression</w:t>
            </w:r>
          </w:p>
        </w:tc>
        <w:tc>
          <w:tcPr>
            <w:tcW w:type="dxa" w:w="6406"/>
            <w:tcMar>
              <w:top w:w="110" w:type="dxa"/>
              <w:start w:w="120" w:type="dxa"/>
              <w:bottom w:w="110" w:type="dxa"/>
              <w:end w:w="120" w:type="dxa"/>
            </w:tcMar>
            <w:vAlign w:val="center"/>
            <w:shd w:fill="F5EEE9"/>
          </w:tcPr>
          <w:p>
            <w:pPr>
              <w:spacing w:after="0"/>
            </w:pPr>
            <w:sdt>
              <w:sdtPr>
                <w:alias w:val="R2_Y"/>
                <w:tag w:val="R2_Y"/>
                <w:id w:val="500032"/>
                <w14:checkbox>
                  <w14:checked w14:val="0"/>
                  <w14:checkedState w14:val="2612" w14:font="MS Gothic"/>
                  <w14:uncheckedState w14:val="2610" w14:font="MS Gothic"/>
                </w14:checkbox>
              </w:sdtPr>
              <w:sdtContent>
                <w:r>
                  <w:rPr>
                    <w:rFonts w:ascii="Arial" w:hAnsi="Arial"/>
                    <w:color w:val="333333"/>
                    <w:sz w:val="19"/>
                  </w:rPr>
                  <w:t>☐</w:t>
                </w:r>
              </w:sdtContent>
            </w:sdt>
            <w:r>
              <w:rPr>
                <w:rFonts w:ascii="Arial" w:hAnsi="Arial"/>
                <w:color w:val="333333"/>
                <w:sz w:val="19"/>
              </w:rPr>
              <w:t xml:space="preserve"> Yes    </w:t>
            </w:r>
            <w:sdt>
              <w:sdtPr>
                <w:alias w:val="R2_N"/>
                <w:tag w:val="R2_N"/>
                <w:id w:val="500033"/>
                <w14:checkbox>
                  <w14:checked w14:val="0"/>
                  <w14:checkedState w14:val="2612" w14:font="MS Gothic"/>
                  <w14:uncheckedState w14:val="2610" w14:font="MS Gothic"/>
                </w14:checkbox>
              </w:sdtPr>
              <w:sdtContent>
                <w:r>
                  <w:rPr>
                    <w:rFonts w:ascii="Arial" w:hAnsi="Arial"/>
                    <w:color w:val="333333"/>
                    <w:sz w:val="19"/>
                  </w:rPr>
                  <w:t>☐</w:t>
                </w:r>
              </w:sdtContent>
            </w:sdt>
            <w:r>
              <w:rPr>
                <w:rFonts w:ascii="Arial" w:hAnsi="Arial"/>
                <w:color w:val="333333"/>
                <w:sz w:val="19"/>
              </w:rPr>
              <w:t xml:space="preserve"> No    </w:t>
            </w:r>
            <w:sdt>
              <w:sdtPr>
                <w:alias w:val="R2_U"/>
                <w:tag w:val="R2_U"/>
                <w:id w:val="500034"/>
                <w14:checkbox>
                  <w14:checked w14:val="0"/>
                  <w14:checkedState w14:val="2612" w14:font="MS Gothic"/>
                  <w14:uncheckedState w14:val="2610" w14:font="MS Gothic"/>
                </w14:checkbox>
              </w:sdtPr>
              <w:sdtContent>
                <w:r>
                  <w:rPr>
                    <w:rFonts w:ascii="Arial" w:hAnsi="Arial"/>
                    <w:color w:val="333333"/>
                    <w:sz w:val="19"/>
                  </w:rPr>
                  <w:t>☐</w:t>
                </w:r>
              </w:sdtContent>
            </w:sdt>
            <w:r>
              <w:rPr>
                <w:rFonts w:ascii="Arial" w:hAnsi="Arial"/>
                <w:color w:val="333333"/>
                <w:sz w:val="19"/>
              </w:rPr>
              <w:t xml:space="preserve"> Not known - details below</w:t>
            </w:r>
          </w:p>
        </w:tc>
      </w:tr>
      <w:tr>
        <w:tc>
          <w:tcPr>
            <w:tcW w:type="dxa" w:w="2948"/>
            <w:tcMar>
              <w:top w:w="110" w:type="dxa"/>
              <w:start w:w="120" w:type="dxa"/>
              <w:bottom w:w="110" w:type="dxa"/>
              <w:end w:w="120" w:type="dxa"/>
            </w:tcMar>
            <w:vAlign w:val="center"/>
            <w:shd w:fill="A6533F"/>
          </w:tcPr>
          <w:p>
            <w:pPr>
              <w:spacing w:after="0"/>
            </w:pPr>
            <w:r>
              <w:rPr>
                <w:rFonts w:ascii="Arial" w:hAnsi="Arial"/>
                <w:b/>
                <w:color w:val="FFFFFF"/>
                <w:sz w:val="18"/>
              </w:rPr>
              <w:t>Substance or alcohol concerns</w:t>
            </w:r>
          </w:p>
        </w:tc>
        <w:tc>
          <w:tcPr>
            <w:tcW w:type="dxa" w:w="6406"/>
            <w:tcMar>
              <w:top w:w="110" w:type="dxa"/>
              <w:start w:w="120" w:type="dxa"/>
              <w:bottom w:w="110" w:type="dxa"/>
              <w:end w:w="120" w:type="dxa"/>
            </w:tcMar>
            <w:vAlign w:val="center"/>
            <w:shd w:fill="F5EEE9"/>
          </w:tcPr>
          <w:p>
            <w:pPr>
              <w:spacing w:after="0"/>
            </w:pPr>
            <w:sdt>
              <w:sdtPr>
                <w:alias w:val="R3_Y"/>
                <w:tag w:val="R3_Y"/>
                <w:id w:val="500035"/>
                <w14:checkbox>
                  <w14:checked w14:val="0"/>
                  <w14:checkedState w14:val="2612" w14:font="MS Gothic"/>
                  <w14:uncheckedState w14:val="2610" w14:font="MS Gothic"/>
                </w14:checkbox>
              </w:sdtPr>
              <w:sdtContent>
                <w:r>
                  <w:rPr>
                    <w:rFonts w:ascii="Arial" w:hAnsi="Arial"/>
                    <w:color w:val="333333"/>
                    <w:sz w:val="19"/>
                  </w:rPr>
                  <w:t>☐</w:t>
                </w:r>
              </w:sdtContent>
            </w:sdt>
            <w:r>
              <w:rPr>
                <w:rFonts w:ascii="Arial" w:hAnsi="Arial"/>
                <w:color w:val="333333"/>
                <w:sz w:val="19"/>
              </w:rPr>
              <w:t xml:space="preserve"> Yes    </w:t>
            </w:r>
            <w:sdt>
              <w:sdtPr>
                <w:alias w:val="R3_N"/>
                <w:tag w:val="R3_N"/>
                <w:id w:val="500036"/>
                <w14:checkbox>
                  <w14:checked w14:val="0"/>
                  <w14:checkedState w14:val="2612" w14:font="MS Gothic"/>
                  <w14:uncheckedState w14:val="2610" w14:font="MS Gothic"/>
                </w14:checkbox>
              </w:sdtPr>
              <w:sdtContent>
                <w:r>
                  <w:rPr>
                    <w:rFonts w:ascii="Arial" w:hAnsi="Arial"/>
                    <w:color w:val="333333"/>
                    <w:sz w:val="19"/>
                  </w:rPr>
                  <w:t>☐</w:t>
                </w:r>
              </w:sdtContent>
            </w:sdt>
            <w:r>
              <w:rPr>
                <w:rFonts w:ascii="Arial" w:hAnsi="Arial"/>
                <w:color w:val="333333"/>
                <w:sz w:val="19"/>
              </w:rPr>
              <w:t xml:space="preserve"> No    </w:t>
            </w:r>
            <w:sdt>
              <w:sdtPr>
                <w:alias w:val="R3_U"/>
                <w:tag w:val="R3_U"/>
                <w:id w:val="500037"/>
                <w14:checkbox>
                  <w14:checked w14:val="0"/>
                  <w14:checkedState w14:val="2612" w14:font="MS Gothic"/>
                  <w14:uncheckedState w14:val="2610" w14:font="MS Gothic"/>
                </w14:checkbox>
              </w:sdtPr>
              <w:sdtContent>
                <w:r>
                  <w:rPr>
                    <w:rFonts w:ascii="Arial" w:hAnsi="Arial"/>
                    <w:color w:val="333333"/>
                    <w:sz w:val="19"/>
                  </w:rPr>
                  <w:t>☐</w:t>
                </w:r>
              </w:sdtContent>
            </w:sdt>
            <w:r>
              <w:rPr>
                <w:rFonts w:ascii="Arial" w:hAnsi="Arial"/>
                <w:color w:val="333333"/>
                <w:sz w:val="19"/>
              </w:rPr>
              <w:t xml:space="preserve"> Not known - details below</w:t>
            </w:r>
          </w:p>
        </w:tc>
      </w:tr>
      <w:tr>
        <w:tc>
          <w:tcPr>
            <w:tcW w:type="dxa" w:w="2948"/>
            <w:tcMar>
              <w:top w:w="110" w:type="dxa"/>
              <w:start w:w="120" w:type="dxa"/>
              <w:bottom w:w="110" w:type="dxa"/>
              <w:end w:w="120" w:type="dxa"/>
            </w:tcMar>
            <w:vAlign w:val="center"/>
            <w:shd w:fill="A6533F"/>
          </w:tcPr>
          <w:p>
            <w:pPr>
              <w:spacing w:after="0"/>
            </w:pPr>
            <w:r>
              <w:rPr>
                <w:rFonts w:ascii="Arial" w:hAnsi="Arial"/>
                <w:b/>
                <w:color w:val="FFFFFF"/>
                <w:sz w:val="18"/>
              </w:rPr>
              <w:t>Mental health concerns</w:t>
            </w:r>
          </w:p>
        </w:tc>
        <w:tc>
          <w:tcPr>
            <w:tcW w:type="dxa" w:w="6406"/>
            <w:tcMar>
              <w:top w:w="110" w:type="dxa"/>
              <w:start w:w="120" w:type="dxa"/>
              <w:bottom w:w="110" w:type="dxa"/>
              <w:end w:w="120" w:type="dxa"/>
            </w:tcMar>
            <w:vAlign w:val="center"/>
            <w:shd w:fill="F5EEE9"/>
          </w:tcPr>
          <w:p>
            <w:pPr>
              <w:spacing w:after="0"/>
            </w:pPr>
            <w:sdt>
              <w:sdtPr>
                <w:alias w:val="R4_Y"/>
                <w:tag w:val="R4_Y"/>
                <w:id w:val="500038"/>
                <w14:checkbox>
                  <w14:checked w14:val="0"/>
                  <w14:checkedState w14:val="2612" w14:font="MS Gothic"/>
                  <w14:uncheckedState w14:val="2610" w14:font="MS Gothic"/>
                </w14:checkbox>
              </w:sdtPr>
              <w:sdtContent>
                <w:r>
                  <w:rPr>
                    <w:rFonts w:ascii="Arial" w:hAnsi="Arial"/>
                    <w:color w:val="333333"/>
                    <w:sz w:val="19"/>
                  </w:rPr>
                  <w:t>☐</w:t>
                </w:r>
              </w:sdtContent>
            </w:sdt>
            <w:r>
              <w:rPr>
                <w:rFonts w:ascii="Arial" w:hAnsi="Arial"/>
                <w:color w:val="333333"/>
                <w:sz w:val="19"/>
              </w:rPr>
              <w:t xml:space="preserve"> Yes    </w:t>
            </w:r>
            <w:sdt>
              <w:sdtPr>
                <w:alias w:val="R4_N"/>
                <w:tag w:val="R4_N"/>
                <w:id w:val="500039"/>
                <w14:checkbox>
                  <w14:checked w14:val="0"/>
                  <w14:checkedState w14:val="2612" w14:font="MS Gothic"/>
                  <w14:uncheckedState w14:val="2610" w14:font="MS Gothic"/>
                </w14:checkbox>
              </w:sdtPr>
              <w:sdtContent>
                <w:r>
                  <w:rPr>
                    <w:rFonts w:ascii="Arial" w:hAnsi="Arial"/>
                    <w:color w:val="333333"/>
                    <w:sz w:val="19"/>
                  </w:rPr>
                  <w:t>☐</w:t>
                </w:r>
              </w:sdtContent>
            </w:sdt>
            <w:r>
              <w:rPr>
                <w:rFonts w:ascii="Arial" w:hAnsi="Arial"/>
                <w:color w:val="333333"/>
                <w:sz w:val="19"/>
              </w:rPr>
              <w:t xml:space="preserve"> No    </w:t>
            </w:r>
            <w:sdt>
              <w:sdtPr>
                <w:alias w:val="R4_U"/>
                <w:tag w:val="R4_U"/>
                <w:id w:val="500040"/>
                <w14:checkbox>
                  <w14:checked w14:val="0"/>
                  <w14:checkedState w14:val="2612" w14:font="MS Gothic"/>
                  <w14:uncheckedState w14:val="2610" w14:font="MS Gothic"/>
                </w14:checkbox>
              </w:sdtPr>
              <w:sdtContent>
                <w:r>
                  <w:rPr>
                    <w:rFonts w:ascii="Arial" w:hAnsi="Arial"/>
                    <w:color w:val="333333"/>
                    <w:sz w:val="19"/>
                  </w:rPr>
                  <w:t>☐</w:t>
                </w:r>
              </w:sdtContent>
            </w:sdt>
            <w:r>
              <w:rPr>
                <w:rFonts w:ascii="Arial" w:hAnsi="Arial"/>
                <w:color w:val="333333"/>
                <w:sz w:val="19"/>
              </w:rPr>
              <w:t xml:space="preserve"> Not known - details below</w:t>
            </w:r>
          </w:p>
        </w:tc>
      </w:tr>
      <w:tr>
        <w:tc>
          <w:tcPr>
            <w:tcW w:type="dxa" w:w="2948"/>
            <w:tcMar>
              <w:top w:w="110" w:type="dxa"/>
              <w:start w:w="120" w:type="dxa"/>
              <w:bottom w:w="110" w:type="dxa"/>
              <w:end w:w="120" w:type="dxa"/>
            </w:tcMar>
            <w:vAlign w:val="center"/>
            <w:shd w:fill="A6533F"/>
          </w:tcPr>
          <w:p>
            <w:pPr>
              <w:spacing w:after="0"/>
            </w:pPr>
            <w:r>
              <w:rPr>
                <w:rFonts w:ascii="Arial" w:hAnsi="Arial"/>
                <w:b/>
                <w:color w:val="FFFFFF"/>
                <w:sz w:val="18"/>
              </w:rPr>
              <w:t>Risk of self-harm or suicide</w:t>
            </w:r>
          </w:p>
        </w:tc>
        <w:tc>
          <w:tcPr>
            <w:tcW w:type="dxa" w:w="6406"/>
            <w:tcMar>
              <w:top w:w="110" w:type="dxa"/>
              <w:start w:w="120" w:type="dxa"/>
              <w:bottom w:w="110" w:type="dxa"/>
              <w:end w:w="120" w:type="dxa"/>
            </w:tcMar>
            <w:vAlign w:val="center"/>
            <w:shd w:fill="F5EEE9"/>
          </w:tcPr>
          <w:p>
            <w:pPr>
              <w:spacing w:after="0"/>
            </w:pPr>
            <w:sdt>
              <w:sdtPr>
                <w:alias w:val="R5_Y"/>
                <w:tag w:val="R5_Y"/>
                <w:id w:val="500041"/>
                <w14:checkbox>
                  <w14:checked w14:val="0"/>
                  <w14:checkedState w14:val="2612" w14:font="MS Gothic"/>
                  <w14:uncheckedState w14:val="2610" w14:font="MS Gothic"/>
                </w14:checkbox>
              </w:sdtPr>
              <w:sdtContent>
                <w:r>
                  <w:rPr>
                    <w:rFonts w:ascii="Arial" w:hAnsi="Arial"/>
                    <w:color w:val="333333"/>
                    <w:sz w:val="19"/>
                  </w:rPr>
                  <w:t>☐</w:t>
                </w:r>
              </w:sdtContent>
            </w:sdt>
            <w:r>
              <w:rPr>
                <w:rFonts w:ascii="Arial" w:hAnsi="Arial"/>
                <w:color w:val="333333"/>
                <w:sz w:val="19"/>
              </w:rPr>
              <w:t xml:space="preserve"> Yes    </w:t>
            </w:r>
            <w:sdt>
              <w:sdtPr>
                <w:alias w:val="R5_N"/>
                <w:tag w:val="R5_N"/>
                <w:id w:val="500042"/>
                <w14:checkbox>
                  <w14:checked w14:val="0"/>
                  <w14:checkedState w14:val="2612" w14:font="MS Gothic"/>
                  <w14:uncheckedState w14:val="2610" w14:font="MS Gothic"/>
                </w14:checkbox>
              </w:sdtPr>
              <w:sdtContent>
                <w:r>
                  <w:rPr>
                    <w:rFonts w:ascii="Arial" w:hAnsi="Arial"/>
                    <w:color w:val="333333"/>
                    <w:sz w:val="19"/>
                  </w:rPr>
                  <w:t>☐</w:t>
                </w:r>
              </w:sdtContent>
            </w:sdt>
            <w:r>
              <w:rPr>
                <w:rFonts w:ascii="Arial" w:hAnsi="Arial"/>
                <w:color w:val="333333"/>
                <w:sz w:val="19"/>
              </w:rPr>
              <w:t xml:space="preserve"> No    </w:t>
            </w:r>
            <w:sdt>
              <w:sdtPr>
                <w:alias w:val="R5_U"/>
                <w:tag w:val="R5_U"/>
                <w:id w:val="500043"/>
                <w14:checkbox>
                  <w14:checked w14:val="0"/>
                  <w14:checkedState w14:val="2612" w14:font="MS Gothic"/>
                  <w14:uncheckedState w14:val="2610" w14:font="MS Gothic"/>
                </w14:checkbox>
              </w:sdtPr>
              <w:sdtContent>
                <w:r>
                  <w:rPr>
                    <w:rFonts w:ascii="Arial" w:hAnsi="Arial"/>
                    <w:color w:val="333333"/>
                    <w:sz w:val="19"/>
                  </w:rPr>
                  <w:t>☐</w:t>
                </w:r>
              </w:sdtContent>
            </w:sdt>
            <w:r>
              <w:rPr>
                <w:rFonts w:ascii="Arial" w:hAnsi="Arial"/>
                <w:color w:val="333333"/>
                <w:sz w:val="19"/>
              </w:rPr>
              <w:t xml:space="preserve"> Not known - details below</w:t>
            </w:r>
          </w:p>
        </w:tc>
      </w:tr>
      <w:tr>
        <w:tc>
          <w:tcPr>
            <w:tcW w:type="dxa" w:w="2948"/>
            <w:tcMar>
              <w:top w:w="110" w:type="dxa"/>
              <w:start w:w="120" w:type="dxa"/>
              <w:bottom w:w="110" w:type="dxa"/>
              <w:end w:w="120" w:type="dxa"/>
            </w:tcMar>
            <w:vAlign w:val="center"/>
            <w:shd w:fill="A6533F"/>
          </w:tcPr>
          <w:p>
            <w:pPr>
              <w:spacing w:after="0"/>
            </w:pPr>
            <w:r>
              <w:rPr>
                <w:rFonts w:ascii="Arial" w:hAnsi="Arial"/>
                <w:b/>
                <w:color w:val="FFFFFF"/>
                <w:sz w:val="18"/>
              </w:rPr>
              <w:t>Abduction or removal risk</w:t>
            </w:r>
          </w:p>
        </w:tc>
        <w:tc>
          <w:tcPr>
            <w:tcW w:type="dxa" w:w="6406"/>
            <w:tcMar>
              <w:top w:w="110" w:type="dxa"/>
              <w:start w:w="120" w:type="dxa"/>
              <w:bottom w:w="110" w:type="dxa"/>
              <w:end w:w="120" w:type="dxa"/>
            </w:tcMar>
            <w:vAlign w:val="center"/>
            <w:shd w:fill="F5EEE9"/>
          </w:tcPr>
          <w:p>
            <w:pPr>
              <w:spacing w:after="0"/>
            </w:pPr>
            <w:sdt>
              <w:sdtPr>
                <w:alias w:val="R6_Y"/>
                <w:tag w:val="R6_Y"/>
                <w:id w:val="500044"/>
                <w14:checkbox>
                  <w14:checked w14:val="0"/>
                  <w14:checkedState w14:val="2612" w14:font="MS Gothic"/>
                  <w14:uncheckedState w14:val="2610" w14:font="MS Gothic"/>
                </w14:checkbox>
              </w:sdtPr>
              <w:sdtContent>
                <w:r>
                  <w:rPr>
                    <w:rFonts w:ascii="Arial" w:hAnsi="Arial"/>
                    <w:color w:val="333333"/>
                    <w:sz w:val="19"/>
                  </w:rPr>
                  <w:t>☐</w:t>
                </w:r>
              </w:sdtContent>
            </w:sdt>
            <w:r>
              <w:rPr>
                <w:rFonts w:ascii="Arial" w:hAnsi="Arial"/>
                <w:color w:val="333333"/>
                <w:sz w:val="19"/>
              </w:rPr>
              <w:t xml:space="preserve"> Yes    </w:t>
            </w:r>
            <w:sdt>
              <w:sdtPr>
                <w:alias w:val="R6_N"/>
                <w:tag w:val="R6_N"/>
                <w:id w:val="500045"/>
                <w14:checkbox>
                  <w14:checked w14:val="0"/>
                  <w14:checkedState w14:val="2612" w14:font="MS Gothic"/>
                  <w14:uncheckedState w14:val="2610" w14:font="MS Gothic"/>
                </w14:checkbox>
              </w:sdtPr>
              <w:sdtContent>
                <w:r>
                  <w:rPr>
                    <w:rFonts w:ascii="Arial" w:hAnsi="Arial"/>
                    <w:color w:val="333333"/>
                    <w:sz w:val="19"/>
                  </w:rPr>
                  <w:t>☐</w:t>
                </w:r>
              </w:sdtContent>
            </w:sdt>
            <w:r>
              <w:rPr>
                <w:rFonts w:ascii="Arial" w:hAnsi="Arial"/>
                <w:color w:val="333333"/>
                <w:sz w:val="19"/>
              </w:rPr>
              <w:t xml:space="preserve"> No    </w:t>
            </w:r>
            <w:sdt>
              <w:sdtPr>
                <w:alias w:val="R6_U"/>
                <w:tag w:val="R6_U"/>
                <w:id w:val="500046"/>
                <w14:checkbox>
                  <w14:checked w14:val="0"/>
                  <w14:checkedState w14:val="2612" w14:font="MS Gothic"/>
                  <w14:uncheckedState w14:val="2610" w14:font="MS Gothic"/>
                </w14:checkbox>
              </w:sdtPr>
              <w:sdtContent>
                <w:r>
                  <w:rPr>
                    <w:rFonts w:ascii="Arial" w:hAnsi="Arial"/>
                    <w:color w:val="333333"/>
                    <w:sz w:val="19"/>
                  </w:rPr>
                  <w:t>☐</w:t>
                </w:r>
              </w:sdtContent>
            </w:sdt>
            <w:r>
              <w:rPr>
                <w:rFonts w:ascii="Arial" w:hAnsi="Arial"/>
                <w:color w:val="333333"/>
                <w:sz w:val="19"/>
              </w:rPr>
              <w:t xml:space="preserve"> Not known - details below</w:t>
            </w:r>
          </w:p>
        </w:tc>
      </w:tr>
      <w:tr>
        <w:tc>
          <w:tcPr>
            <w:tcW w:type="dxa" w:w="2948"/>
            <w:tcMar>
              <w:top w:w="110" w:type="dxa"/>
              <w:start w:w="120" w:type="dxa"/>
              <w:bottom w:w="110" w:type="dxa"/>
              <w:end w:w="120" w:type="dxa"/>
            </w:tcMar>
            <w:vAlign w:val="center"/>
            <w:shd w:fill="A6533F"/>
          </w:tcPr>
          <w:p>
            <w:pPr>
              <w:spacing w:after="0"/>
            </w:pPr>
            <w:r>
              <w:rPr>
                <w:rFonts w:ascii="Arial" w:hAnsi="Arial"/>
                <w:b/>
                <w:color w:val="FFFFFF"/>
                <w:sz w:val="18"/>
              </w:rPr>
              <w:t>Sexual harm or inappropriate behaviour</w:t>
            </w:r>
          </w:p>
        </w:tc>
        <w:tc>
          <w:tcPr>
            <w:tcW w:type="dxa" w:w="6406"/>
            <w:tcMar>
              <w:top w:w="110" w:type="dxa"/>
              <w:start w:w="120" w:type="dxa"/>
              <w:bottom w:w="110" w:type="dxa"/>
              <w:end w:w="120" w:type="dxa"/>
            </w:tcMar>
            <w:vAlign w:val="center"/>
            <w:shd w:fill="F5EEE9"/>
          </w:tcPr>
          <w:p>
            <w:pPr>
              <w:spacing w:after="0"/>
            </w:pPr>
            <w:sdt>
              <w:sdtPr>
                <w:alias w:val="R7_Y"/>
                <w:tag w:val="R7_Y"/>
                <w:id w:val="500047"/>
                <w14:checkbox>
                  <w14:checked w14:val="0"/>
                  <w14:checkedState w14:val="2612" w14:font="MS Gothic"/>
                  <w14:uncheckedState w14:val="2610" w14:font="MS Gothic"/>
                </w14:checkbox>
              </w:sdtPr>
              <w:sdtContent>
                <w:r>
                  <w:rPr>
                    <w:rFonts w:ascii="Arial" w:hAnsi="Arial"/>
                    <w:color w:val="333333"/>
                    <w:sz w:val="19"/>
                  </w:rPr>
                  <w:t>☐</w:t>
                </w:r>
              </w:sdtContent>
            </w:sdt>
            <w:r>
              <w:rPr>
                <w:rFonts w:ascii="Arial" w:hAnsi="Arial"/>
                <w:color w:val="333333"/>
                <w:sz w:val="19"/>
              </w:rPr>
              <w:t xml:space="preserve"> Yes    </w:t>
            </w:r>
            <w:sdt>
              <w:sdtPr>
                <w:alias w:val="R7_N"/>
                <w:tag w:val="R7_N"/>
                <w:id w:val="500048"/>
                <w14:checkbox>
                  <w14:checked w14:val="0"/>
                  <w14:checkedState w14:val="2612" w14:font="MS Gothic"/>
                  <w14:uncheckedState w14:val="2610" w14:font="MS Gothic"/>
                </w14:checkbox>
              </w:sdtPr>
              <w:sdtContent>
                <w:r>
                  <w:rPr>
                    <w:rFonts w:ascii="Arial" w:hAnsi="Arial"/>
                    <w:color w:val="333333"/>
                    <w:sz w:val="19"/>
                  </w:rPr>
                  <w:t>☐</w:t>
                </w:r>
              </w:sdtContent>
            </w:sdt>
            <w:r>
              <w:rPr>
                <w:rFonts w:ascii="Arial" w:hAnsi="Arial"/>
                <w:color w:val="333333"/>
                <w:sz w:val="19"/>
              </w:rPr>
              <w:t xml:space="preserve"> No    </w:t>
            </w:r>
            <w:sdt>
              <w:sdtPr>
                <w:alias w:val="R7_U"/>
                <w:tag w:val="R7_U"/>
                <w:id w:val="500049"/>
                <w14:checkbox>
                  <w14:checked w14:val="0"/>
                  <w14:checkedState w14:val="2612" w14:font="MS Gothic"/>
                  <w14:uncheckedState w14:val="2610" w14:font="MS Gothic"/>
                </w14:checkbox>
              </w:sdtPr>
              <w:sdtContent>
                <w:r>
                  <w:rPr>
                    <w:rFonts w:ascii="Arial" w:hAnsi="Arial"/>
                    <w:color w:val="333333"/>
                    <w:sz w:val="19"/>
                  </w:rPr>
                  <w:t>☐</w:t>
                </w:r>
              </w:sdtContent>
            </w:sdt>
            <w:r>
              <w:rPr>
                <w:rFonts w:ascii="Arial" w:hAnsi="Arial"/>
                <w:color w:val="333333"/>
                <w:sz w:val="19"/>
              </w:rPr>
              <w:t xml:space="preserve"> Not known - details below</w:t>
            </w:r>
          </w:p>
        </w:tc>
      </w:tr>
      <w:tr>
        <w:tc>
          <w:tcPr>
            <w:tcW w:type="dxa" w:w="2948"/>
            <w:tcMar>
              <w:top w:w="110" w:type="dxa"/>
              <w:start w:w="120" w:type="dxa"/>
              <w:bottom w:w="110" w:type="dxa"/>
              <w:end w:w="120" w:type="dxa"/>
            </w:tcMar>
            <w:vAlign w:val="center"/>
            <w:shd w:fill="A6533F"/>
          </w:tcPr>
          <w:p>
            <w:pPr>
              <w:spacing w:after="0"/>
            </w:pPr>
            <w:r>
              <w:rPr>
                <w:rFonts w:ascii="Arial" w:hAnsi="Arial"/>
                <w:b/>
                <w:color w:val="FFFFFF"/>
                <w:sz w:val="18"/>
              </w:rPr>
              <w:t>Unsafe adults or prohibited attendees</w:t>
            </w:r>
          </w:p>
        </w:tc>
        <w:tc>
          <w:tcPr>
            <w:tcW w:type="dxa" w:w="6406"/>
            <w:tcMar>
              <w:top w:w="110" w:type="dxa"/>
              <w:start w:w="120" w:type="dxa"/>
              <w:bottom w:w="110" w:type="dxa"/>
              <w:end w:w="120" w:type="dxa"/>
            </w:tcMar>
            <w:vAlign w:val="center"/>
            <w:shd w:fill="F5EEE9"/>
          </w:tcPr>
          <w:p>
            <w:pPr>
              <w:spacing w:after="0"/>
            </w:pPr>
            <w:sdt>
              <w:sdtPr>
                <w:alias w:val="R8_Y"/>
                <w:tag w:val="R8_Y"/>
                <w:id w:val="500050"/>
                <w14:checkbox>
                  <w14:checked w14:val="0"/>
                  <w14:checkedState w14:val="2612" w14:font="MS Gothic"/>
                  <w14:uncheckedState w14:val="2610" w14:font="MS Gothic"/>
                </w14:checkbox>
              </w:sdtPr>
              <w:sdtContent>
                <w:r>
                  <w:rPr>
                    <w:rFonts w:ascii="Arial" w:hAnsi="Arial"/>
                    <w:color w:val="333333"/>
                    <w:sz w:val="19"/>
                  </w:rPr>
                  <w:t>☐</w:t>
                </w:r>
              </w:sdtContent>
            </w:sdt>
            <w:r>
              <w:rPr>
                <w:rFonts w:ascii="Arial" w:hAnsi="Arial"/>
                <w:color w:val="333333"/>
                <w:sz w:val="19"/>
              </w:rPr>
              <w:t xml:space="preserve"> Yes    </w:t>
            </w:r>
            <w:sdt>
              <w:sdtPr>
                <w:alias w:val="R8_N"/>
                <w:tag w:val="R8_N"/>
                <w:id w:val="500051"/>
                <w14:checkbox>
                  <w14:checked w14:val="0"/>
                  <w14:checkedState w14:val="2612" w14:font="MS Gothic"/>
                  <w14:uncheckedState w14:val="2610" w14:font="MS Gothic"/>
                </w14:checkbox>
              </w:sdtPr>
              <w:sdtContent>
                <w:r>
                  <w:rPr>
                    <w:rFonts w:ascii="Arial" w:hAnsi="Arial"/>
                    <w:color w:val="333333"/>
                    <w:sz w:val="19"/>
                  </w:rPr>
                  <w:t>☐</w:t>
                </w:r>
              </w:sdtContent>
            </w:sdt>
            <w:r>
              <w:rPr>
                <w:rFonts w:ascii="Arial" w:hAnsi="Arial"/>
                <w:color w:val="333333"/>
                <w:sz w:val="19"/>
              </w:rPr>
              <w:t xml:space="preserve"> No    </w:t>
            </w:r>
            <w:sdt>
              <w:sdtPr>
                <w:alias w:val="R8_U"/>
                <w:tag w:val="R8_U"/>
                <w:id w:val="500052"/>
                <w14:checkbox>
                  <w14:checked w14:val="0"/>
                  <w14:checkedState w14:val="2612" w14:font="MS Gothic"/>
                  <w14:uncheckedState w14:val="2610" w14:font="MS Gothic"/>
                </w14:checkbox>
              </w:sdtPr>
              <w:sdtContent>
                <w:r>
                  <w:rPr>
                    <w:rFonts w:ascii="Arial" w:hAnsi="Arial"/>
                    <w:color w:val="333333"/>
                    <w:sz w:val="19"/>
                  </w:rPr>
                  <w:t>☐</w:t>
                </w:r>
              </w:sdtContent>
            </w:sdt>
            <w:r>
              <w:rPr>
                <w:rFonts w:ascii="Arial" w:hAnsi="Arial"/>
                <w:color w:val="333333"/>
                <w:sz w:val="19"/>
              </w:rPr>
              <w:t xml:space="preserve"> Not known - details below</w:t>
            </w:r>
          </w:p>
        </w:tc>
      </w:tr>
      <w:tr>
        <w:tc>
          <w:tcPr>
            <w:tcW w:type="dxa" w:w="2948"/>
            <w:tcMar>
              <w:top w:w="110" w:type="dxa"/>
              <w:start w:w="120" w:type="dxa"/>
              <w:bottom w:w="110" w:type="dxa"/>
              <w:end w:w="120" w:type="dxa"/>
            </w:tcMar>
            <w:vAlign w:val="center"/>
            <w:shd w:fill="A6533F"/>
          </w:tcPr>
          <w:p>
            <w:pPr>
              <w:spacing w:after="0"/>
            </w:pPr>
            <w:r>
              <w:rPr>
                <w:rFonts w:ascii="Arial" w:hAnsi="Arial"/>
                <w:b/>
                <w:color w:val="FFFFFF"/>
                <w:sz w:val="18"/>
              </w:rPr>
              <w:t>Non-molestation or protective orders</w:t>
            </w:r>
          </w:p>
        </w:tc>
        <w:tc>
          <w:tcPr>
            <w:tcW w:type="dxa" w:w="6406"/>
            <w:tcMar>
              <w:top w:w="110" w:type="dxa"/>
              <w:start w:w="120" w:type="dxa"/>
              <w:bottom w:w="110" w:type="dxa"/>
              <w:end w:w="120" w:type="dxa"/>
            </w:tcMar>
            <w:vAlign w:val="center"/>
            <w:shd w:fill="F5EEE9"/>
          </w:tcPr>
          <w:p>
            <w:pPr>
              <w:spacing w:after="0"/>
            </w:pPr>
            <w:sdt>
              <w:sdtPr>
                <w:alias w:val="R9_Y"/>
                <w:tag w:val="R9_Y"/>
                <w:id w:val="500053"/>
                <w14:checkbox>
                  <w14:checked w14:val="0"/>
                  <w14:checkedState w14:val="2612" w14:font="MS Gothic"/>
                  <w14:uncheckedState w14:val="2610" w14:font="MS Gothic"/>
                </w14:checkbox>
              </w:sdtPr>
              <w:sdtContent>
                <w:r>
                  <w:rPr>
                    <w:rFonts w:ascii="Arial" w:hAnsi="Arial"/>
                    <w:color w:val="333333"/>
                    <w:sz w:val="19"/>
                  </w:rPr>
                  <w:t>☐</w:t>
                </w:r>
              </w:sdtContent>
            </w:sdt>
            <w:r>
              <w:rPr>
                <w:rFonts w:ascii="Arial" w:hAnsi="Arial"/>
                <w:color w:val="333333"/>
                <w:sz w:val="19"/>
              </w:rPr>
              <w:t xml:space="preserve"> Yes    </w:t>
            </w:r>
            <w:sdt>
              <w:sdtPr>
                <w:alias w:val="R9_N"/>
                <w:tag w:val="R9_N"/>
                <w:id w:val="500054"/>
                <w14:checkbox>
                  <w14:checked w14:val="0"/>
                  <w14:checkedState w14:val="2612" w14:font="MS Gothic"/>
                  <w14:uncheckedState w14:val="2610" w14:font="MS Gothic"/>
                </w14:checkbox>
              </w:sdtPr>
              <w:sdtContent>
                <w:r>
                  <w:rPr>
                    <w:rFonts w:ascii="Arial" w:hAnsi="Arial"/>
                    <w:color w:val="333333"/>
                    <w:sz w:val="19"/>
                  </w:rPr>
                  <w:t>☐</w:t>
                </w:r>
              </w:sdtContent>
            </w:sdt>
            <w:r>
              <w:rPr>
                <w:rFonts w:ascii="Arial" w:hAnsi="Arial"/>
                <w:color w:val="333333"/>
                <w:sz w:val="19"/>
              </w:rPr>
              <w:t xml:space="preserve"> No    </w:t>
            </w:r>
            <w:sdt>
              <w:sdtPr>
                <w:alias w:val="R9_U"/>
                <w:tag w:val="R9_U"/>
                <w:id w:val="500055"/>
                <w14:checkbox>
                  <w14:checked w14:val="0"/>
                  <w14:checkedState w14:val="2612" w14:font="MS Gothic"/>
                  <w14:uncheckedState w14:val="2610" w14:font="MS Gothic"/>
                </w14:checkbox>
              </w:sdtPr>
              <w:sdtContent>
                <w:r>
                  <w:rPr>
                    <w:rFonts w:ascii="Arial" w:hAnsi="Arial"/>
                    <w:color w:val="333333"/>
                    <w:sz w:val="19"/>
                  </w:rPr>
                  <w:t>☐</w:t>
                </w:r>
              </w:sdtContent>
            </w:sdt>
            <w:r>
              <w:rPr>
                <w:rFonts w:ascii="Arial" w:hAnsi="Arial"/>
                <w:color w:val="333333"/>
                <w:sz w:val="19"/>
              </w:rPr>
              <w:t xml:space="preserve"> Not known - attach copies</w:t>
            </w:r>
          </w:p>
        </w:tc>
      </w:tr>
      <w:tr>
        <w:tc>
          <w:tcPr>
            <w:tcW w:type="dxa" w:w="2948"/>
            <w:tcMar>
              <w:top w:w="110" w:type="dxa"/>
              <w:start w:w="120" w:type="dxa"/>
              <w:bottom w:w="110" w:type="dxa"/>
              <w:end w:w="120" w:type="dxa"/>
            </w:tcMar>
            <w:vAlign w:val="center"/>
            <w:shd w:fill="A6533F"/>
          </w:tcPr>
          <w:p>
            <w:pPr>
              <w:spacing w:after="0"/>
            </w:pPr>
            <w:r>
              <w:rPr>
                <w:rFonts w:ascii="Arial" w:hAnsi="Arial"/>
                <w:b/>
                <w:color w:val="FFFFFF"/>
                <w:sz w:val="18"/>
              </w:rPr>
              <w:t>Risk to staff or members of the public</w:t>
            </w:r>
          </w:p>
        </w:tc>
        <w:tc>
          <w:tcPr>
            <w:tcW w:type="dxa" w:w="6406"/>
            <w:tcMar>
              <w:top w:w="110" w:type="dxa"/>
              <w:start w:w="120" w:type="dxa"/>
              <w:bottom w:w="110" w:type="dxa"/>
              <w:end w:w="120" w:type="dxa"/>
            </w:tcMar>
            <w:vAlign w:val="center"/>
            <w:shd w:fill="F5EEE9"/>
          </w:tcPr>
          <w:p>
            <w:pPr>
              <w:spacing w:after="0"/>
            </w:pPr>
            <w:sdt>
              <w:sdtPr>
                <w:alias w:val="R10_Y"/>
                <w:tag w:val="R10_Y"/>
                <w:id w:val="500056"/>
                <w14:checkbox>
                  <w14:checked w14:val="0"/>
                  <w14:checkedState w14:val="2612" w14:font="MS Gothic"/>
                  <w14:uncheckedState w14:val="2610" w14:font="MS Gothic"/>
                </w14:checkbox>
              </w:sdtPr>
              <w:sdtContent>
                <w:r>
                  <w:rPr>
                    <w:rFonts w:ascii="Arial" w:hAnsi="Arial"/>
                    <w:color w:val="333333"/>
                    <w:sz w:val="19"/>
                  </w:rPr>
                  <w:t>☐</w:t>
                </w:r>
              </w:sdtContent>
            </w:sdt>
            <w:r>
              <w:rPr>
                <w:rFonts w:ascii="Arial" w:hAnsi="Arial"/>
                <w:color w:val="333333"/>
                <w:sz w:val="19"/>
              </w:rPr>
              <w:t xml:space="preserve"> Yes    </w:t>
            </w:r>
            <w:sdt>
              <w:sdtPr>
                <w:alias w:val="R10_N"/>
                <w:tag w:val="R10_N"/>
                <w:id w:val="500057"/>
                <w14:checkbox>
                  <w14:checked w14:val="0"/>
                  <w14:checkedState w14:val="2612" w14:font="MS Gothic"/>
                  <w14:uncheckedState w14:val="2610" w14:font="MS Gothic"/>
                </w14:checkbox>
              </w:sdtPr>
              <w:sdtContent>
                <w:r>
                  <w:rPr>
                    <w:rFonts w:ascii="Arial" w:hAnsi="Arial"/>
                    <w:color w:val="333333"/>
                    <w:sz w:val="19"/>
                  </w:rPr>
                  <w:t>☐</w:t>
                </w:r>
              </w:sdtContent>
            </w:sdt>
            <w:r>
              <w:rPr>
                <w:rFonts w:ascii="Arial" w:hAnsi="Arial"/>
                <w:color w:val="333333"/>
                <w:sz w:val="19"/>
              </w:rPr>
              <w:t xml:space="preserve"> No    </w:t>
            </w:r>
            <w:sdt>
              <w:sdtPr>
                <w:alias w:val="R10_U"/>
                <w:tag w:val="R10_U"/>
                <w:id w:val="500058"/>
                <w14:checkbox>
                  <w14:checked w14:val="0"/>
                  <w14:checkedState w14:val="2612" w14:font="MS Gothic"/>
                  <w14:uncheckedState w14:val="2610" w14:font="MS Gothic"/>
                </w14:checkbox>
              </w:sdtPr>
              <w:sdtContent>
                <w:r>
                  <w:rPr>
                    <w:rFonts w:ascii="Arial" w:hAnsi="Arial"/>
                    <w:color w:val="333333"/>
                    <w:sz w:val="19"/>
                  </w:rPr>
                  <w:t>☐</w:t>
                </w:r>
              </w:sdtContent>
            </w:sdt>
            <w:r>
              <w:rPr>
                <w:rFonts w:ascii="Arial" w:hAnsi="Arial"/>
                <w:color w:val="333333"/>
                <w:sz w:val="19"/>
              </w:rPr>
              <w:t xml:space="preserve"> Not known - details below</w:t>
            </w:r>
          </w:p>
        </w:tc>
      </w:tr>
      <w:tr>
        <w:tc>
          <w:tcPr>
            <w:tcW w:type="dxa" w:w="2948"/>
            <w:tcMar>
              <w:top w:w="110" w:type="dxa"/>
              <w:start w:w="120" w:type="dxa"/>
              <w:bottom w:w="110" w:type="dxa"/>
              <w:end w:w="120" w:type="dxa"/>
            </w:tcMar>
            <w:vAlign w:val="center"/>
            <w:shd w:fill="A6533F"/>
          </w:tcPr>
          <w:p>
            <w:pPr>
              <w:spacing w:after="0"/>
            </w:pPr>
            <w:r>
              <w:rPr>
                <w:rFonts w:ascii="Arial" w:hAnsi="Arial"/>
                <w:b/>
                <w:color w:val="FFFFFF"/>
                <w:sz w:val="18"/>
              </w:rPr>
              <w:t>Other significant risks</w:t>
            </w:r>
          </w:p>
        </w:tc>
        <w:tc>
          <w:tcPr>
            <w:tcW w:type="dxa" w:w="6406"/>
            <w:tcMar>
              <w:top w:w="110" w:type="dxa"/>
              <w:start w:w="120" w:type="dxa"/>
              <w:bottom w:w="110" w:type="dxa"/>
              <w:end w:w="120" w:type="dxa"/>
            </w:tcMar>
            <w:vAlign w:val="center"/>
            <w:shd w:fill="F5EEE9"/>
          </w:tcPr>
          <w:p>
            <w:pPr>
              <w:spacing w:after="0"/>
            </w:pPr>
            <w:sdt>
              <w:sdtPr>
                <w:alias w:val="R11_Y"/>
                <w:tag w:val="R11_Y"/>
                <w:id w:val="500059"/>
                <w14:checkbox>
                  <w14:checked w14:val="0"/>
                  <w14:checkedState w14:val="2612" w14:font="MS Gothic"/>
                  <w14:uncheckedState w14:val="2610" w14:font="MS Gothic"/>
                </w14:checkbox>
              </w:sdtPr>
              <w:sdtContent>
                <w:r>
                  <w:rPr>
                    <w:rFonts w:ascii="Arial" w:hAnsi="Arial"/>
                    <w:color w:val="333333"/>
                    <w:sz w:val="19"/>
                  </w:rPr>
                  <w:t>☐</w:t>
                </w:r>
              </w:sdtContent>
            </w:sdt>
            <w:r>
              <w:rPr>
                <w:rFonts w:ascii="Arial" w:hAnsi="Arial"/>
                <w:color w:val="333333"/>
                <w:sz w:val="19"/>
              </w:rPr>
              <w:t xml:space="preserve"> Yes    </w:t>
            </w:r>
            <w:sdt>
              <w:sdtPr>
                <w:alias w:val="R11_N"/>
                <w:tag w:val="R11_N"/>
                <w:id w:val="500060"/>
                <w14:checkbox>
                  <w14:checked w14:val="0"/>
                  <w14:checkedState w14:val="2612" w14:font="MS Gothic"/>
                  <w14:uncheckedState w14:val="2610" w14:font="MS Gothic"/>
                </w14:checkbox>
              </w:sdtPr>
              <w:sdtContent>
                <w:r>
                  <w:rPr>
                    <w:rFonts w:ascii="Arial" w:hAnsi="Arial"/>
                    <w:color w:val="333333"/>
                    <w:sz w:val="19"/>
                  </w:rPr>
                  <w:t>☐</w:t>
                </w:r>
              </w:sdtContent>
            </w:sdt>
            <w:r>
              <w:rPr>
                <w:rFonts w:ascii="Arial" w:hAnsi="Arial"/>
                <w:color w:val="333333"/>
                <w:sz w:val="19"/>
              </w:rPr>
              <w:t xml:space="preserve"> No    </w:t>
            </w:r>
            <w:sdt>
              <w:sdtPr>
                <w:alias w:val="R11_U"/>
                <w:tag w:val="R11_U"/>
                <w:id w:val="500061"/>
                <w14:checkbox>
                  <w14:checked w14:val="0"/>
                  <w14:checkedState w14:val="2612" w14:font="MS Gothic"/>
                  <w14:uncheckedState w14:val="2610" w14:font="MS Gothic"/>
                </w14:checkbox>
              </w:sdtPr>
              <w:sdtContent>
                <w:r>
                  <w:rPr>
                    <w:rFonts w:ascii="Arial" w:hAnsi="Arial"/>
                    <w:color w:val="333333"/>
                    <w:sz w:val="19"/>
                  </w:rPr>
                  <w:t>☐</w:t>
                </w:r>
              </w:sdtContent>
            </w:sdt>
            <w:r>
              <w:rPr>
                <w:rFonts w:ascii="Arial" w:hAnsi="Arial"/>
                <w:color w:val="333333"/>
                <w:sz w:val="19"/>
              </w:rPr>
              <w:t xml:space="preserve"> Not known - details below</w:t>
            </w:r>
          </w:p>
        </w:tc>
      </w:tr>
    </w:tbl>
    <w:p>
      <w:pPr>
        <w:keepNext/>
        <w:spacing w:before="120" w:after="60"/>
      </w:pPr>
      <w:r>
        <w:rPr>
          <w:rFonts w:ascii="Arial" w:hAnsi="Arial"/>
          <w:b/>
          <w:color w:val="A6533F"/>
          <w:sz w:val="21"/>
        </w:rPr>
        <w:t>Risk details, current safety plan and required controls</w:t>
      </w:r>
    </w:p>
    <w:tbl>
      <w:tblPr>
        <w:tblW w:type="auto" w:w="0"/>
        <w:jc w:val="center"/>
        <w:tblLayout w:type="fixed"/>
        <w:tblLook w:firstColumn="1" w:firstRow="1" w:lastColumn="0" w:lastRow="0" w:noHBand="0" w:noVBand="1" w:val="04A0"/>
      </w:tblPr>
      <w:tblGrid>
        <w:gridCol w:w="9354"/>
      </w:tblGrid>
      <w:tr>
        <w:tc>
          <w:tcPr>
            <w:tcW w:type="dxa" w:w="9638"/>
            <w:tcMar>
              <w:top w:w="120" w:type="dxa"/>
              <w:start w:w="140" w:type="dxa"/>
              <w:bottom w:w="120" w:type="dxa"/>
              <w:end w:w="140" w:type="dxa"/>
            </w:tcMar>
            <w:shd w:fill="FFFFFF"/>
          </w:tcPr>
          <w:p>
            <w:pPr>
              <w:spacing w:after="0"/>
            </w:pPr>
            <w:r>
              <w:rPr>
                <w:rFonts w:ascii="Arial" w:hAnsi="Arial"/>
                <w:color w:val="B8B8B8"/>
                <w:sz w:val="16"/>
              </w:rPr>
              <w:t>________________________________________________________________________________</w:t>
              <w:br/>
            </w:r>
            <w:r>
              <w:rPr>
                <w:rFonts w:ascii="Arial" w:hAnsi="Arial"/>
                <w:color w:val="B8B8B8"/>
                <w:sz w:val="16"/>
              </w:rPr>
              <w:t>________________________________________________________________________________</w:t>
              <w:br/>
            </w:r>
            <w:r>
              <w:rPr>
                <w:rFonts w:ascii="Arial" w:hAnsi="Arial"/>
                <w:color w:val="B8B8B8"/>
                <w:sz w:val="16"/>
              </w:rPr>
              <w:t>________________________________________________________________________________</w:t>
              <w:br/>
            </w:r>
            <w:r>
              <w:rPr>
                <w:rFonts w:ascii="Arial" w:hAnsi="Arial"/>
                <w:color w:val="B8B8B8"/>
                <w:sz w:val="16"/>
              </w:rPr>
              <w:t>________________________________________________________________________________</w:t>
              <w:br/>
            </w:r>
            <w:r>
              <w:rPr>
                <w:rFonts w:ascii="Arial" w:hAnsi="Arial"/>
                <w:color w:val="B8B8B8"/>
                <w:sz w:val="16"/>
              </w:rPr>
              <w:t>________________________________________________________________________________</w:t>
            </w:r>
          </w:p>
        </w:tc>
      </w:tr>
    </w:tbl>
    <w:p>
      <w:pPr>
        <w:pStyle w:val="Heading1"/>
      </w:pPr>
      <w:r>
        <w:t>8. Court orders, plans and supporting documents</w:t>
      </w:r>
    </w:p>
    <w:tbl>
      <w:tblPr>
        <w:tblW w:type="auto" w:w="0"/>
        <w:jc w:val="center"/>
        <w:tblLayout w:type="fixed"/>
        <w:tblLook w:firstColumn="1" w:firstRow="1" w:lastColumn="0" w:lastRow="0" w:noHBand="0" w:noVBand="1" w:val="04A0"/>
      </w:tblPr>
      <w:tblGrid>
        <w:gridCol w:w="4819"/>
        <w:gridCol w:w="4819"/>
      </w:tblGrid>
      <w:tr>
        <w:tc>
          <w:tcPr>
            <w:tcW w:type="dxa" w:w="2948"/>
            <w:tcMar>
              <w:top w:w="110" w:type="dxa"/>
              <w:start w:w="120" w:type="dxa"/>
              <w:bottom w:w="110" w:type="dxa"/>
              <w:end w:w="120" w:type="dxa"/>
            </w:tcMar>
            <w:vAlign w:val="center"/>
            <w:shd w:fill="A6533F"/>
          </w:tcPr>
          <w:p>
            <w:pPr>
              <w:spacing w:after="0"/>
            </w:pPr>
            <w:r>
              <w:rPr>
                <w:rFonts w:ascii="Arial" w:hAnsi="Arial"/>
                <w:b/>
                <w:color w:val="FFFFFF"/>
                <w:sz w:val="18"/>
              </w:rPr>
              <w:t>Current court orders</w:t>
            </w:r>
          </w:p>
        </w:tc>
        <w:tc>
          <w:tcPr>
            <w:tcW w:type="dxa" w:w="6406"/>
            <w:tcMar>
              <w:top w:w="110" w:type="dxa"/>
              <w:start w:w="120" w:type="dxa"/>
              <w:bottom w:w="110" w:type="dxa"/>
              <w:end w:w="120" w:type="dxa"/>
            </w:tcMar>
            <w:vAlign w:val="center"/>
            <w:shd w:fill="F5EEE9"/>
          </w:tcPr>
          <w:p>
            <w:pPr>
              <w:spacing w:after="0"/>
            </w:pPr>
            <w:sdt>
              <w:sdtPr>
                <w:alias w:val="D1_A"/>
                <w:tag w:val="D1_A"/>
                <w:id w:val="500062"/>
                <w14:checkbox>
                  <w14:checked w14:val="0"/>
                  <w14:checkedState w14:val="2612" w14:font="MS Gothic"/>
                  <w14:uncheckedState w14:val="2610" w14:font="MS Gothic"/>
                </w14:checkbox>
              </w:sdtPr>
              <w:sdtContent>
                <w:r>
                  <w:rPr>
                    <w:rFonts w:ascii="Arial" w:hAnsi="Arial"/>
                    <w:color w:val="333333"/>
                    <w:sz w:val="19"/>
                  </w:rPr>
                  <w:t>☐</w:t>
                </w:r>
              </w:sdtContent>
            </w:sdt>
            <w:r>
              <w:rPr>
                <w:rFonts w:ascii="Arial" w:hAnsi="Arial"/>
                <w:color w:val="333333"/>
                <w:sz w:val="19"/>
              </w:rPr>
              <w:t xml:space="preserve"> Attached    </w:t>
            </w:r>
            <w:sdt>
              <w:sdtPr>
                <w:alias w:val="D1_F"/>
                <w:tag w:val="D1_F"/>
                <w:id w:val="500063"/>
                <w14:checkbox>
                  <w14:checked w14:val="0"/>
                  <w14:checkedState w14:val="2612" w14:font="MS Gothic"/>
                  <w14:uncheckedState w14:val="2610" w14:font="MS Gothic"/>
                </w14:checkbox>
              </w:sdtPr>
              <w:sdtContent>
                <w:r>
                  <w:rPr>
                    <w:rFonts w:ascii="Arial" w:hAnsi="Arial"/>
                    <w:color w:val="333333"/>
                    <w:sz w:val="19"/>
                  </w:rPr>
                  <w:t>☐</w:t>
                </w:r>
              </w:sdtContent>
            </w:sdt>
            <w:r>
              <w:rPr>
                <w:rFonts w:ascii="Arial" w:hAnsi="Arial"/>
                <w:color w:val="333333"/>
                <w:sz w:val="19"/>
              </w:rPr>
              <w:t xml:space="preserve"> To follow    </w:t>
            </w:r>
            <w:sdt>
              <w:sdtPr>
                <w:alias w:val="D1_N"/>
                <w:tag w:val="D1_N"/>
                <w:id w:val="500064"/>
                <w14:checkbox>
                  <w14:checked w14:val="0"/>
                  <w14:checkedState w14:val="2612" w14:font="MS Gothic"/>
                  <w14:uncheckedState w14:val="2610" w14:font="MS Gothic"/>
                </w14:checkbox>
              </w:sdtPr>
              <w:sdtContent>
                <w:r>
                  <w:rPr>
                    <w:rFonts w:ascii="Arial" w:hAnsi="Arial"/>
                    <w:color w:val="333333"/>
                    <w:sz w:val="19"/>
                  </w:rPr>
                  <w:t>☐</w:t>
                </w:r>
              </w:sdtContent>
            </w:sdt>
            <w:r>
              <w:rPr>
                <w:rFonts w:ascii="Arial" w:hAnsi="Arial"/>
                <w:color w:val="333333"/>
                <w:sz w:val="19"/>
              </w:rPr>
              <w:t xml:space="preserve"> None</w:t>
            </w:r>
          </w:p>
        </w:tc>
      </w:tr>
      <w:tr>
        <w:tc>
          <w:tcPr>
            <w:tcW w:type="dxa" w:w="2948"/>
            <w:tcMar>
              <w:top w:w="110" w:type="dxa"/>
              <w:start w:w="120" w:type="dxa"/>
              <w:bottom w:w="110" w:type="dxa"/>
              <w:end w:w="120" w:type="dxa"/>
            </w:tcMar>
            <w:vAlign w:val="center"/>
            <w:shd w:fill="A6533F"/>
          </w:tcPr>
          <w:p>
            <w:pPr>
              <w:spacing w:after="0"/>
            </w:pPr>
            <w:r>
              <w:rPr>
                <w:rFonts w:ascii="Arial" w:hAnsi="Arial"/>
                <w:b/>
                <w:color w:val="FFFFFF"/>
                <w:sz w:val="18"/>
              </w:rPr>
              <w:t>Court application or statements</w:t>
            </w:r>
          </w:p>
        </w:tc>
        <w:tc>
          <w:tcPr>
            <w:tcW w:type="dxa" w:w="6406"/>
            <w:tcMar>
              <w:top w:w="110" w:type="dxa"/>
              <w:start w:w="120" w:type="dxa"/>
              <w:bottom w:w="110" w:type="dxa"/>
              <w:end w:w="120" w:type="dxa"/>
            </w:tcMar>
            <w:vAlign w:val="center"/>
            <w:shd w:fill="F5EEE9"/>
          </w:tcPr>
          <w:p>
            <w:pPr>
              <w:spacing w:after="0"/>
            </w:pPr>
            <w:sdt>
              <w:sdtPr>
                <w:alias w:val="D2_A"/>
                <w:tag w:val="D2_A"/>
                <w:id w:val="500065"/>
                <w14:checkbox>
                  <w14:checked w14:val="0"/>
                  <w14:checkedState w14:val="2612" w14:font="MS Gothic"/>
                  <w14:uncheckedState w14:val="2610" w14:font="MS Gothic"/>
                </w14:checkbox>
              </w:sdtPr>
              <w:sdtContent>
                <w:r>
                  <w:rPr>
                    <w:rFonts w:ascii="Arial" w:hAnsi="Arial"/>
                    <w:color w:val="333333"/>
                    <w:sz w:val="19"/>
                  </w:rPr>
                  <w:t>☐</w:t>
                </w:r>
              </w:sdtContent>
            </w:sdt>
            <w:r>
              <w:rPr>
                <w:rFonts w:ascii="Arial" w:hAnsi="Arial"/>
                <w:color w:val="333333"/>
                <w:sz w:val="19"/>
              </w:rPr>
              <w:t xml:space="preserve"> Attached    </w:t>
            </w:r>
            <w:sdt>
              <w:sdtPr>
                <w:alias w:val="D2_F"/>
                <w:tag w:val="D2_F"/>
                <w:id w:val="500066"/>
                <w14:checkbox>
                  <w14:checked w14:val="0"/>
                  <w14:checkedState w14:val="2612" w14:font="MS Gothic"/>
                  <w14:uncheckedState w14:val="2610" w14:font="MS Gothic"/>
                </w14:checkbox>
              </w:sdtPr>
              <w:sdtContent>
                <w:r>
                  <w:rPr>
                    <w:rFonts w:ascii="Arial" w:hAnsi="Arial"/>
                    <w:color w:val="333333"/>
                    <w:sz w:val="19"/>
                  </w:rPr>
                  <w:t>☐</w:t>
                </w:r>
              </w:sdtContent>
            </w:sdt>
            <w:r>
              <w:rPr>
                <w:rFonts w:ascii="Arial" w:hAnsi="Arial"/>
                <w:color w:val="333333"/>
                <w:sz w:val="19"/>
              </w:rPr>
              <w:t xml:space="preserve"> To follow    </w:t>
            </w:r>
            <w:sdt>
              <w:sdtPr>
                <w:alias w:val="D2_N"/>
                <w:tag w:val="D2_N"/>
                <w:id w:val="500067"/>
                <w14:checkbox>
                  <w14:checked w14:val="0"/>
                  <w14:checkedState w14:val="2612" w14:font="MS Gothic"/>
                  <w14:uncheckedState w14:val="2610" w14:font="MS Gothic"/>
                </w14:checkbox>
              </w:sdtPr>
              <w:sdtContent>
                <w:r>
                  <w:rPr>
                    <w:rFonts w:ascii="Arial" w:hAnsi="Arial"/>
                    <w:color w:val="333333"/>
                    <w:sz w:val="19"/>
                  </w:rPr>
                  <w:t>☐</w:t>
                </w:r>
              </w:sdtContent>
            </w:sdt>
            <w:r>
              <w:rPr>
                <w:rFonts w:ascii="Arial" w:hAnsi="Arial"/>
                <w:color w:val="333333"/>
                <w:sz w:val="19"/>
              </w:rPr>
              <w:t xml:space="preserve"> None</w:t>
            </w:r>
          </w:p>
        </w:tc>
      </w:tr>
      <w:tr>
        <w:tc>
          <w:tcPr>
            <w:tcW w:type="dxa" w:w="2948"/>
            <w:tcMar>
              <w:top w:w="110" w:type="dxa"/>
              <w:start w:w="120" w:type="dxa"/>
              <w:bottom w:w="110" w:type="dxa"/>
              <w:end w:w="120" w:type="dxa"/>
            </w:tcMar>
            <w:vAlign w:val="center"/>
            <w:shd w:fill="A6533F"/>
          </w:tcPr>
          <w:p>
            <w:pPr>
              <w:spacing w:after="0"/>
            </w:pPr>
            <w:r>
              <w:rPr>
                <w:rFonts w:ascii="Arial" w:hAnsi="Arial"/>
                <w:b/>
                <w:color w:val="FFFFFF"/>
                <w:sz w:val="18"/>
              </w:rPr>
              <w:t>Current assessment or care plan</w:t>
            </w:r>
          </w:p>
        </w:tc>
        <w:tc>
          <w:tcPr>
            <w:tcW w:type="dxa" w:w="6406"/>
            <w:tcMar>
              <w:top w:w="110" w:type="dxa"/>
              <w:start w:w="120" w:type="dxa"/>
              <w:bottom w:w="110" w:type="dxa"/>
              <w:end w:w="120" w:type="dxa"/>
            </w:tcMar>
            <w:vAlign w:val="center"/>
            <w:shd w:fill="F5EEE9"/>
          </w:tcPr>
          <w:p>
            <w:pPr>
              <w:spacing w:after="0"/>
            </w:pPr>
            <w:sdt>
              <w:sdtPr>
                <w:alias w:val="D3_A"/>
                <w:tag w:val="D3_A"/>
                <w:id w:val="500068"/>
                <w14:checkbox>
                  <w14:checked w14:val="0"/>
                  <w14:checkedState w14:val="2612" w14:font="MS Gothic"/>
                  <w14:uncheckedState w14:val="2610" w14:font="MS Gothic"/>
                </w14:checkbox>
              </w:sdtPr>
              <w:sdtContent>
                <w:r>
                  <w:rPr>
                    <w:rFonts w:ascii="Arial" w:hAnsi="Arial"/>
                    <w:color w:val="333333"/>
                    <w:sz w:val="19"/>
                  </w:rPr>
                  <w:t>☐</w:t>
                </w:r>
              </w:sdtContent>
            </w:sdt>
            <w:r>
              <w:rPr>
                <w:rFonts w:ascii="Arial" w:hAnsi="Arial"/>
                <w:color w:val="333333"/>
                <w:sz w:val="19"/>
              </w:rPr>
              <w:t xml:space="preserve"> Attached    </w:t>
            </w:r>
            <w:sdt>
              <w:sdtPr>
                <w:alias w:val="D3_F"/>
                <w:tag w:val="D3_F"/>
                <w:id w:val="500069"/>
                <w14:checkbox>
                  <w14:checked w14:val="0"/>
                  <w14:checkedState w14:val="2612" w14:font="MS Gothic"/>
                  <w14:uncheckedState w14:val="2610" w14:font="MS Gothic"/>
                </w14:checkbox>
              </w:sdtPr>
              <w:sdtContent>
                <w:r>
                  <w:rPr>
                    <w:rFonts w:ascii="Arial" w:hAnsi="Arial"/>
                    <w:color w:val="333333"/>
                    <w:sz w:val="19"/>
                  </w:rPr>
                  <w:t>☐</w:t>
                </w:r>
              </w:sdtContent>
            </w:sdt>
            <w:r>
              <w:rPr>
                <w:rFonts w:ascii="Arial" w:hAnsi="Arial"/>
                <w:color w:val="333333"/>
                <w:sz w:val="19"/>
              </w:rPr>
              <w:t xml:space="preserve"> To follow    </w:t>
            </w:r>
            <w:sdt>
              <w:sdtPr>
                <w:alias w:val="D3_N"/>
                <w:tag w:val="D3_N"/>
                <w:id w:val="500070"/>
                <w14:checkbox>
                  <w14:checked w14:val="0"/>
                  <w14:checkedState w14:val="2612" w14:font="MS Gothic"/>
                  <w14:uncheckedState w14:val="2610" w14:font="MS Gothic"/>
                </w14:checkbox>
              </w:sdtPr>
              <w:sdtContent>
                <w:r>
                  <w:rPr>
                    <w:rFonts w:ascii="Arial" w:hAnsi="Arial"/>
                    <w:color w:val="333333"/>
                    <w:sz w:val="19"/>
                  </w:rPr>
                  <w:t>☐</w:t>
                </w:r>
              </w:sdtContent>
            </w:sdt>
            <w:r>
              <w:rPr>
                <w:rFonts w:ascii="Arial" w:hAnsi="Arial"/>
                <w:color w:val="333333"/>
                <w:sz w:val="19"/>
              </w:rPr>
              <w:t xml:space="preserve"> None</w:t>
            </w:r>
          </w:p>
        </w:tc>
      </w:tr>
      <w:tr>
        <w:tc>
          <w:tcPr>
            <w:tcW w:type="dxa" w:w="2948"/>
            <w:tcMar>
              <w:top w:w="110" w:type="dxa"/>
              <w:start w:w="120" w:type="dxa"/>
              <w:bottom w:w="110" w:type="dxa"/>
              <w:end w:w="120" w:type="dxa"/>
            </w:tcMar>
            <w:vAlign w:val="center"/>
            <w:shd w:fill="A6533F"/>
          </w:tcPr>
          <w:p>
            <w:pPr>
              <w:spacing w:after="0"/>
            </w:pPr>
            <w:r>
              <w:rPr>
                <w:rFonts w:ascii="Arial" w:hAnsi="Arial"/>
                <w:b/>
                <w:color w:val="FFFFFF"/>
                <w:sz w:val="18"/>
              </w:rPr>
              <w:t>Existing Family Time reports</w:t>
            </w:r>
          </w:p>
        </w:tc>
        <w:tc>
          <w:tcPr>
            <w:tcW w:type="dxa" w:w="6406"/>
            <w:tcMar>
              <w:top w:w="110" w:type="dxa"/>
              <w:start w:w="120" w:type="dxa"/>
              <w:bottom w:w="110" w:type="dxa"/>
              <w:end w:w="120" w:type="dxa"/>
            </w:tcMar>
            <w:vAlign w:val="center"/>
            <w:shd w:fill="F5EEE9"/>
          </w:tcPr>
          <w:p>
            <w:pPr>
              <w:spacing w:after="0"/>
            </w:pPr>
            <w:sdt>
              <w:sdtPr>
                <w:alias w:val="D4_A"/>
                <w:tag w:val="D4_A"/>
                <w:id w:val="500071"/>
                <w14:checkbox>
                  <w14:checked w14:val="0"/>
                  <w14:checkedState w14:val="2612" w14:font="MS Gothic"/>
                  <w14:uncheckedState w14:val="2610" w14:font="MS Gothic"/>
                </w14:checkbox>
              </w:sdtPr>
              <w:sdtContent>
                <w:r>
                  <w:rPr>
                    <w:rFonts w:ascii="Arial" w:hAnsi="Arial"/>
                    <w:color w:val="333333"/>
                    <w:sz w:val="19"/>
                  </w:rPr>
                  <w:t>☐</w:t>
                </w:r>
              </w:sdtContent>
            </w:sdt>
            <w:r>
              <w:rPr>
                <w:rFonts w:ascii="Arial" w:hAnsi="Arial"/>
                <w:color w:val="333333"/>
                <w:sz w:val="19"/>
              </w:rPr>
              <w:t xml:space="preserve"> Attached    </w:t>
            </w:r>
            <w:sdt>
              <w:sdtPr>
                <w:alias w:val="D4_F"/>
                <w:tag w:val="D4_F"/>
                <w:id w:val="500072"/>
                <w14:checkbox>
                  <w14:checked w14:val="0"/>
                  <w14:checkedState w14:val="2612" w14:font="MS Gothic"/>
                  <w14:uncheckedState w14:val="2610" w14:font="MS Gothic"/>
                </w14:checkbox>
              </w:sdtPr>
              <w:sdtContent>
                <w:r>
                  <w:rPr>
                    <w:rFonts w:ascii="Arial" w:hAnsi="Arial"/>
                    <w:color w:val="333333"/>
                    <w:sz w:val="19"/>
                  </w:rPr>
                  <w:t>☐</w:t>
                </w:r>
              </w:sdtContent>
            </w:sdt>
            <w:r>
              <w:rPr>
                <w:rFonts w:ascii="Arial" w:hAnsi="Arial"/>
                <w:color w:val="333333"/>
                <w:sz w:val="19"/>
              </w:rPr>
              <w:t xml:space="preserve"> To follow    </w:t>
            </w:r>
            <w:sdt>
              <w:sdtPr>
                <w:alias w:val="D4_N"/>
                <w:tag w:val="D4_N"/>
                <w:id w:val="500073"/>
                <w14:checkbox>
                  <w14:checked w14:val="0"/>
                  <w14:checkedState w14:val="2612" w14:font="MS Gothic"/>
                  <w14:uncheckedState w14:val="2610" w14:font="MS Gothic"/>
                </w14:checkbox>
              </w:sdtPr>
              <w:sdtContent>
                <w:r>
                  <w:rPr>
                    <w:rFonts w:ascii="Arial" w:hAnsi="Arial"/>
                    <w:color w:val="333333"/>
                    <w:sz w:val="19"/>
                  </w:rPr>
                  <w:t>☐</w:t>
                </w:r>
              </w:sdtContent>
            </w:sdt>
            <w:r>
              <w:rPr>
                <w:rFonts w:ascii="Arial" w:hAnsi="Arial"/>
                <w:color w:val="333333"/>
                <w:sz w:val="19"/>
              </w:rPr>
              <w:t xml:space="preserve"> None</w:t>
            </w:r>
          </w:p>
        </w:tc>
      </w:tr>
      <w:tr>
        <w:tc>
          <w:tcPr>
            <w:tcW w:type="dxa" w:w="2948"/>
            <w:tcMar>
              <w:top w:w="110" w:type="dxa"/>
              <w:start w:w="120" w:type="dxa"/>
              <w:bottom w:w="110" w:type="dxa"/>
              <w:end w:w="120" w:type="dxa"/>
            </w:tcMar>
            <w:vAlign w:val="center"/>
            <w:shd w:fill="A6533F"/>
          </w:tcPr>
          <w:p>
            <w:pPr>
              <w:spacing w:after="0"/>
            </w:pPr>
            <w:r>
              <w:rPr>
                <w:rFonts w:ascii="Arial" w:hAnsi="Arial"/>
                <w:b/>
                <w:color w:val="FFFFFF"/>
                <w:sz w:val="18"/>
              </w:rPr>
              <w:t>Risk assessments / safety plans</w:t>
            </w:r>
          </w:p>
        </w:tc>
        <w:tc>
          <w:tcPr>
            <w:tcW w:type="dxa" w:w="6406"/>
            <w:tcMar>
              <w:top w:w="110" w:type="dxa"/>
              <w:start w:w="120" w:type="dxa"/>
              <w:bottom w:w="110" w:type="dxa"/>
              <w:end w:w="120" w:type="dxa"/>
            </w:tcMar>
            <w:vAlign w:val="center"/>
            <w:shd w:fill="F5EEE9"/>
          </w:tcPr>
          <w:p>
            <w:pPr>
              <w:spacing w:after="0"/>
            </w:pPr>
            <w:sdt>
              <w:sdtPr>
                <w:alias w:val="D5_A"/>
                <w:tag w:val="D5_A"/>
                <w:id w:val="500074"/>
                <w14:checkbox>
                  <w14:checked w14:val="0"/>
                  <w14:checkedState w14:val="2612" w14:font="MS Gothic"/>
                  <w14:uncheckedState w14:val="2610" w14:font="MS Gothic"/>
                </w14:checkbox>
              </w:sdtPr>
              <w:sdtContent>
                <w:r>
                  <w:rPr>
                    <w:rFonts w:ascii="Arial" w:hAnsi="Arial"/>
                    <w:color w:val="333333"/>
                    <w:sz w:val="19"/>
                  </w:rPr>
                  <w:t>☐</w:t>
                </w:r>
              </w:sdtContent>
            </w:sdt>
            <w:r>
              <w:rPr>
                <w:rFonts w:ascii="Arial" w:hAnsi="Arial"/>
                <w:color w:val="333333"/>
                <w:sz w:val="19"/>
              </w:rPr>
              <w:t xml:space="preserve"> Attached    </w:t>
            </w:r>
            <w:sdt>
              <w:sdtPr>
                <w:alias w:val="D5_F"/>
                <w:tag w:val="D5_F"/>
                <w:id w:val="500075"/>
                <w14:checkbox>
                  <w14:checked w14:val="0"/>
                  <w14:checkedState w14:val="2612" w14:font="MS Gothic"/>
                  <w14:uncheckedState w14:val="2610" w14:font="MS Gothic"/>
                </w14:checkbox>
              </w:sdtPr>
              <w:sdtContent>
                <w:r>
                  <w:rPr>
                    <w:rFonts w:ascii="Arial" w:hAnsi="Arial"/>
                    <w:color w:val="333333"/>
                    <w:sz w:val="19"/>
                  </w:rPr>
                  <w:t>☐</w:t>
                </w:r>
              </w:sdtContent>
            </w:sdt>
            <w:r>
              <w:rPr>
                <w:rFonts w:ascii="Arial" w:hAnsi="Arial"/>
                <w:color w:val="333333"/>
                <w:sz w:val="19"/>
              </w:rPr>
              <w:t xml:space="preserve"> To follow    </w:t>
            </w:r>
            <w:sdt>
              <w:sdtPr>
                <w:alias w:val="D5_N"/>
                <w:tag w:val="D5_N"/>
                <w:id w:val="500076"/>
                <w14:checkbox>
                  <w14:checked w14:val="0"/>
                  <w14:checkedState w14:val="2612" w14:font="MS Gothic"/>
                  <w14:uncheckedState w14:val="2610" w14:font="MS Gothic"/>
                </w14:checkbox>
              </w:sdtPr>
              <w:sdtContent>
                <w:r>
                  <w:rPr>
                    <w:rFonts w:ascii="Arial" w:hAnsi="Arial"/>
                    <w:color w:val="333333"/>
                    <w:sz w:val="19"/>
                  </w:rPr>
                  <w:t>☐</w:t>
                </w:r>
              </w:sdtContent>
            </w:sdt>
            <w:r>
              <w:rPr>
                <w:rFonts w:ascii="Arial" w:hAnsi="Arial"/>
                <w:color w:val="333333"/>
                <w:sz w:val="19"/>
              </w:rPr>
              <w:t xml:space="preserve"> None</w:t>
            </w:r>
          </w:p>
        </w:tc>
      </w:tr>
      <w:tr>
        <w:tc>
          <w:tcPr>
            <w:tcW w:type="dxa" w:w="2948"/>
            <w:tcMar>
              <w:top w:w="110" w:type="dxa"/>
              <w:start w:w="120" w:type="dxa"/>
              <w:bottom w:w="110" w:type="dxa"/>
              <w:end w:w="120" w:type="dxa"/>
            </w:tcMar>
            <w:vAlign w:val="center"/>
            <w:shd w:fill="A6533F"/>
          </w:tcPr>
          <w:p>
            <w:pPr>
              <w:spacing w:after="0"/>
            </w:pPr>
            <w:r>
              <w:rPr>
                <w:rFonts w:ascii="Arial" w:hAnsi="Arial"/>
                <w:b/>
                <w:color w:val="FFFFFF"/>
                <w:sz w:val="18"/>
              </w:rPr>
              <w:t>Relevant professional reports</w:t>
            </w:r>
          </w:p>
        </w:tc>
        <w:tc>
          <w:tcPr>
            <w:tcW w:type="dxa" w:w="6406"/>
            <w:tcMar>
              <w:top w:w="110" w:type="dxa"/>
              <w:start w:w="120" w:type="dxa"/>
              <w:bottom w:w="110" w:type="dxa"/>
              <w:end w:w="120" w:type="dxa"/>
            </w:tcMar>
            <w:vAlign w:val="center"/>
            <w:shd w:fill="F5EEE9"/>
          </w:tcPr>
          <w:p>
            <w:pPr>
              <w:spacing w:after="0"/>
            </w:pPr>
            <w:sdt>
              <w:sdtPr>
                <w:alias w:val="D6_A"/>
                <w:tag w:val="D6_A"/>
                <w:id w:val="500077"/>
                <w14:checkbox>
                  <w14:checked w14:val="0"/>
                  <w14:checkedState w14:val="2612" w14:font="MS Gothic"/>
                  <w14:uncheckedState w14:val="2610" w14:font="MS Gothic"/>
                </w14:checkbox>
              </w:sdtPr>
              <w:sdtContent>
                <w:r>
                  <w:rPr>
                    <w:rFonts w:ascii="Arial" w:hAnsi="Arial"/>
                    <w:color w:val="333333"/>
                    <w:sz w:val="19"/>
                  </w:rPr>
                  <w:t>☐</w:t>
                </w:r>
              </w:sdtContent>
            </w:sdt>
            <w:r>
              <w:rPr>
                <w:rFonts w:ascii="Arial" w:hAnsi="Arial"/>
                <w:color w:val="333333"/>
                <w:sz w:val="19"/>
              </w:rPr>
              <w:t xml:space="preserve"> Attached    </w:t>
            </w:r>
            <w:sdt>
              <w:sdtPr>
                <w:alias w:val="D6_F"/>
                <w:tag w:val="D6_F"/>
                <w:id w:val="500078"/>
                <w14:checkbox>
                  <w14:checked w14:val="0"/>
                  <w14:checkedState w14:val="2612" w14:font="MS Gothic"/>
                  <w14:uncheckedState w14:val="2610" w14:font="MS Gothic"/>
                </w14:checkbox>
              </w:sdtPr>
              <w:sdtContent>
                <w:r>
                  <w:rPr>
                    <w:rFonts w:ascii="Arial" w:hAnsi="Arial"/>
                    <w:color w:val="333333"/>
                    <w:sz w:val="19"/>
                  </w:rPr>
                  <w:t>☐</w:t>
                </w:r>
              </w:sdtContent>
            </w:sdt>
            <w:r>
              <w:rPr>
                <w:rFonts w:ascii="Arial" w:hAnsi="Arial"/>
                <w:color w:val="333333"/>
                <w:sz w:val="19"/>
              </w:rPr>
              <w:t xml:space="preserve"> To follow    </w:t>
            </w:r>
            <w:sdt>
              <w:sdtPr>
                <w:alias w:val="D6_N"/>
                <w:tag w:val="D6_N"/>
                <w:id w:val="500079"/>
                <w14:checkbox>
                  <w14:checked w14:val="0"/>
                  <w14:checkedState w14:val="2612" w14:font="MS Gothic"/>
                  <w14:uncheckedState w14:val="2610" w14:font="MS Gothic"/>
                </w14:checkbox>
              </w:sdtPr>
              <w:sdtContent>
                <w:r>
                  <w:rPr>
                    <w:rFonts w:ascii="Arial" w:hAnsi="Arial"/>
                    <w:color w:val="333333"/>
                    <w:sz w:val="19"/>
                  </w:rPr>
                  <w:t>☐</w:t>
                </w:r>
              </w:sdtContent>
            </w:sdt>
            <w:r>
              <w:rPr>
                <w:rFonts w:ascii="Arial" w:hAnsi="Arial"/>
                <w:color w:val="333333"/>
                <w:sz w:val="19"/>
              </w:rPr>
              <w:t xml:space="preserve"> None</w:t>
            </w:r>
          </w:p>
        </w:tc>
      </w:tr>
      <w:tr>
        <w:tc>
          <w:tcPr>
            <w:tcW w:type="dxa" w:w="2948"/>
            <w:tcMar>
              <w:top w:w="110" w:type="dxa"/>
              <w:start w:w="120" w:type="dxa"/>
              <w:bottom w:w="110" w:type="dxa"/>
              <w:end w:w="120" w:type="dxa"/>
            </w:tcMar>
            <w:vAlign w:val="center"/>
            <w:shd w:fill="A6533F"/>
          </w:tcPr>
          <w:p>
            <w:pPr>
              <w:spacing w:after="0"/>
            </w:pPr>
            <w:r>
              <w:rPr>
                <w:rFonts w:ascii="Arial" w:hAnsi="Arial"/>
                <w:b/>
                <w:color w:val="FFFFFF"/>
                <w:sz w:val="18"/>
              </w:rPr>
              <w:t>Other documents</w:t>
            </w:r>
          </w:p>
        </w:tc>
        <w:tc>
          <w:tcPr>
            <w:tcW w:type="dxa" w:w="6406"/>
            <w:tcMar>
              <w:top w:w="110" w:type="dxa"/>
              <w:start w:w="120" w:type="dxa"/>
              <w:bottom w:w="110" w:type="dxa"/>
              <w:end w:w="120" w:type="dxa"/>
            </w:tcMar>
            <w:vAlign w:val="center"/>
            <w:shd w:fill="F5EEE9"/>
          </w:tcPr>
          <w:p>
            <w:pPr>
              <w:spacing w:after="0"/>
            </w:pPr>
            <w:sdt>
              <w:sdtPr>
                <w:alias w:val="D7_A"/>
                <w:tag w:val="D7_A"/>
                <w:id w:val="500080"/>
                <w14:checkbox>
                  <w14:checked w14:val="0"/>
                  <w14:checkedState w14:val="2612" w14:font="MS Gothic"/>
                  <w14:uncheckedState w14:val="2610" w14:font="MS Gothic"/>
                </w14:checkbox>
              </w:sdtPr>
              <w:sdtContent>
                <w:r>
                  <w:rPr>
                    <w:rFonts w:ascii="Arial" w:hAnsi="Arial"/>
                    <w:color w:val="333333"/>
                    <w:sz w:val="19"/>
                  </w:rPr>
                  <w:t>☐</w:t>
                </w:r>
              </w:sdtContent>
            </w:sdt>
            <w:r>
              <w:rPr>
                <w:rFonts w:ascii="Arial" w:hAnsi="Arial"/>
                <w:color w:val="333333"/>
                <w:sz w:val="19"/>
              </w:rPr>
              <w:t xml:space="preserve"> Attached    </w:t>
            </w:r>
            <w:sdt>
              <w:sdtPr>
                <w:alias w:val="D7_F"/>
                <w:tag w:val="D7_F"/>
                <w:id w:val="500081"/>
                <w14:checkbox>
                  <w14:checked w14:val="0"/>
                  <w14:checkedState w14:val="2612" w14:font="MS Gothic"/>
                  <w14:uncheckedState w14:val="2610" w14:font="MS Gothic"/>
                </w14:checkbox>
              </w:sdtPr>
              <w:sdtContent>
                <w:r>
                  <w:rPr>
                    <w:rFonts w:ascii="Arial" w:hAnsi="Arial"/>
                    <w:color w:val="333333"/>
                    <w:sz w:val="19"/>
                  </w:rPr>
                  <w:t>☐</w:t>
                </w:r>
              </w:sdtContent>
            </w:sdt>
            <w:r>
              <w:rPr>
                <w:rFonts w:ascii="Arial" w:hAnsi="Arial"/>
                <w:color w:val="333333"/>
                <w:sz w:val="19"/>
              </w:rPr>
              <w:t xml:space="preserve"> To follow    </w:t>
            </w:r>
            <w:sdt>
              <w:sdtPr>
                <w:alias w:val="D7_N"/>
                <w:tag w:val="D7_N"/>
                <w:id w:val="500082"/>
                <w14:checkbox>
                  <w14:checked w14:val="0"/>
                  <w14:checkedState w14:val="2612" w14:font="MS Gothic"/>
                  <w14:uncheckedState w14:val="2610" w14:font="MS Gothic"/>
                </w14:checkbox>
              </w:sdtPr>
              <w:sdtContent>
                <w:r>
                  <w:rPr>
                    <w:rFonts w:ascii="Arial" w:hAnsi="Arial"/>
                    <w:color w:val="333333"/>
                    <w:sz w:val="19"/>
                  </w:rPr>
                  <w:t>☐</w:t>
                </w:r>
              </w:sdtContent>
            </w:sdt>
            <w:r>
              <w:rPr>
                <w:rFonts w:ascii="Arial" w:hAnsi="Arial"/>
                <w:color w:val="333333"/>
                <w:sz w:val="19"/>
              </w:rPr>
              <w:t xml:space="preserve"> None</w:t>
            </w:r>
          </w:p>
        </w:tc>
      </w:tr>
    </w:tbl>
    <w:p>
      <w:pPr>
        <w:keepNext/>
        <w:spacing w:before="120" w:after="60"/>
      </w:pPr>
      <w:r>
        <w:rPr>
          <w:rFonts w:ascii="Arial" w:hAnsi="Arial"/>
          <w:b/>
          <w:color w:val="A6533F"/>
          <w:sz w:val="21"/>
        </w:rPr>
        <w:t>Documents or information still outstanding</w:t>
      </w:r>
    </w:p>
    <w:tbl>
      <w:tblPr>
        <w:tblW w:type="auto" w:w="0"/>
        <w:jc w:val="center"/>
        <w:tblLayout w:type="fixed"/>
        <w:tblLook w:firstColumn="1" w:firstRow="1" w:lastColumn="0" w:lastRow="0" w:noHBand="0" w:noVBand="1" w:val="04A0"/>
      </w:tblPr>
      <w:tblGrid>
        <w:gridCol w:w="9354"/>
      </w:tblGrid>
      <w:tr>
        <w:tc>
          <w:tcPr>
            <w:tcW w:type="dxa" w:w="9638"/>
            <w:tcMar>
              <w:top w:w="120" w:type="dxa"/>
              <w:start w:w="140" w:type="dxa"/>
              <w:bottom w:w="120" w:type="dxa"/>
              <w:end w:w="140" w:type="dxa"/>
            </w:tcMar>
            <w:shd w:fill="FFFFFF"/>
          </w:tcPr>
          <w:p>
            <w:pPr>
              <w:spacing w:after="0"/>
            </w:pPr>
            <w:r>
              <w:rPr>
                <w:rFonts w:ascii="Arial" w:hAnsi="Arial"/>
                <w:color w:val="B8B8B8"/>
                <w:sz w:val="16"/>
              </w:rPr>
              <w:t>________________________________________________________________________________</w:t>
              <w:br/>
            </w:r>
            <w:r>
              <w:rPr>
                <w:rFonts w:ascii="Arial" w:hAnsi="Arial"/>
                <w:color w:val="B8B8B8"/>
                <w:sz w:val="16"/>
              </w:rPr>
              <w:t>________________________________________________________________________________</w:t>
              <w:br/>
            </w:r>
            <w:r>
              <w:rPr>
                <w:rFonts w:ascii="Arial" w:hAnsi="Arial"/>
                <w:color w:val="B8B8B8"/>
                <w:sz w:val="16"/>
              </w:rPr>
              <w:t>________________________________________________________________________________</w:t>
            </w:r>
          </w:p>
        </w:tc>
      </w:tr>
    </w:tbl>
    <w:p>
      <w:pPr>
        <w:pStyle w:val="Heading1"/>
      </w:pPr>
      <w:r>
        <w:t>9. Funding and authorisation</w:t>
      </w:r>
    </w:p>
    <w:tbl>
      <w:tblPr>
        <w:tblW w:type="auto" w:w="0"/>
        <w:jc w:val="center"/>
        <w:tblLayout w:type="fixed"/>
        <w:tblLook w:firstColumn="1" w:firstRow="1" w:lastColumn="0" w:lastRow="0" w:noHBand="0" w:noVBand="1" w:val="04A0"/>
      </w:tblPr>
      <w:tblGrid>
        <w:gridCol w:w="4819"/>
        <w:gridCol w:w="4819"/>
      </w:tblGrid>
      <w:tr>
        <w:tc>
          <w:tcPr>
            <w:tcW w:type="dxa" w:w="2948"/>
            <w:tcMar>
              <w:top w:w="110" w:type="dxa"/>
              <w:start w:w="120" w:type="dxa"/>
              <w:bottom w:w="110" w:type="dxa"/>
              <w:end w:w="120" w:type="dxa"/>
            </w:tcMar>
            <w:vAlign w:val="center"/>
            <w:shd w:fill="A6533F"/>
          </w:tcPr>
          <w:p>
            <w:pPr>
              <w:spacing w:after="0"/>
            </w:pPr>
            <w:r>
              <w:rPr>
                <w:rFonts w:ascii="Arial" w:hAnsi="Arial"/>
                <w:b/>
                <w:color w:val="FFFFFF"/>
                <w:sz w:val="18"/>
              </w:rPr>
              <w:t>Who will fund the work?</w:t>
            </w:r>
          </w:p>
        </w:tc>
        <w:tc>
          <w:tcPr>
            <w:tcW w:type="dxa" w:w="6406"/>
            <w:tcMar>
              <w:top w:w="110" w:type="dxa"/>
              <w:start w:w="120" w:type="dxa"/>
              <w:bottom w:w="110" w:type="dxa"/>
              <w:end w:w="120" w:type="dxa"/>
            </w:tcMar>
            <w:vAlign w:val="center"/>
            <w:shd w:fill="F5EEE9"/>
          </w:tcPr>
          <w:p>
            <w:pPr>
              <w:spacing w:after="0"/>
            </w:pPr>
            <w:r>
              <w:rPr>
                <w:rFonts w:ascii="Arial" w:hAnsi="Arial"/>
                <w:color w:val="333333"/>
                <w:sz w:val="19"/>
              </w:rPr>
              <w:t xml:space="preserve"> </w:t>
            </w:r>
          </w:p>
        </w:tc>
      </w:tr>
      <w:tr>
        <w:tc>
          <w:tcPr>
            <w:tcW w:type="dxa" w:w="2948"/>
            <w:tcMar>
              <w:top w:w="110" w:type="dxa"/>
              <w:start w:w="120" w:type="dxa"/>
              <w:bottom w:w="110" w:type="dxa"/>
              <w:end w:w="120" w:type="dxa"/>
            </w:tcMar>
            <w:vAlign w:val="center"/>
            <w:shd w:fill="A6533F"/>
          </w:tcPr>
          <w:p>
            <w:pPr>
              <w:spacing w:after="0"/>
            </w:pPr>
            <w:r>
              <w:rPr>
                <w:rFonts w:ascii="Arial" w:hAnsi="Arial"/>
                <w:b/>
                <w:color w:val="FFFFFF"/>
                <w:sz w:val="18"/>
              </w:rPr>
              <w:t>Billing contact</w:t>
            </w:r>
          </w:p>
        </w:tc>
        <w:tc>
          <w:tcPr>
            <w:tcW w:type="dxa" w:w="6406"/>
            <w:tcMar>
              <w:top w:w="110" w:type="dxa"/>
              <w:start w:w="120" w:type="dxa"/>
              <w:bottom w:w="110" w:type="dxa"/>
              <w:end w:w="120" w:type="dxa"/>
            </w:tcMar>
            <w:vAlign w:val="center"/>
            <w:shd w:fill="F5EEE9"/>
          </w:tcPr>
          <w:p>
            <w:pPr>
              <w:spacing w:after="0"/>
            </w:pPr>
            <w:r>
              <w:rPr>
                <w:rFonts w:ascii="Arial" w:hAnsi="Arial"/>
                <w:color w:val="333333"/>
                <w:sz w:val="19"/>
              </w:rPr>
              <w:t xml:space="preserve"> </w:t>
            </w:r>
          </w:p>
        </w:tc>
      </w:tr>
      <w:tr>
        <w:tc>
          <w:tcPr>
            <w:tcW w:type="dxa" w:w="2948"/>
            <w:tcMar>
              <w:top w:w="110" w:type="dxa"/>
              <w:start w:w="120" w:type="dxa"/>
              <w:bottom w:w="110" w:type="dxa"/>
              <w:end w:w="120" w:type="dxa"/>
            </w:tcMar>
            <w:vAlign w:val="center"/>
            <w:shd w:fill="A6533F"/>
          </w:tcPr>
          <w:p>
            <w:pPr>
              <w:spacing w:after="0"/>
            </w:pPr>
            <w:r>
              <w:rPr>
                <w:rFonts w:ascii="Arial" w:hAnsi="Arial"/>
                <w:b/>
                <w:color w:val="FFFFFF"/>
                <w:sz w:val="18"/>
              </w:rPr>
              <w:t>Billing email and address</w:t>
            </w:r>
          </w:p>
        </w:tc>
        <w:tc>
          <w:tcPr>
            <w:tcW w:type="dxa" w:w="6406"/>
            <w:tcMar>
              <w:top w:w="110" w:type="dxa"/>
              <w:start w:w="120" w:type="dxa"/>
              <w:bottom w:w="110" w:type="dxa"/>
              <w:end w:w="120" w:type="dxa"/>
            </w:tcMar>
            <w:vAlign w:val="center"/>
            <w:shd w:fill="F5EEE9"/>
          </w:tcPr>
          <w:p>
            <w:pPr>
              <w:spacing w:after="0"/>
            </w:pPr>
            <w:r>
              <w:rPr>
                <w:rFonts w:ascii="Arial" w:hAnsi="Arial"/>
                <w:color w:val="333333"/>
                <w:sz w:val="19"/>
              </w:rPr>
              <w:t xml:space="preserve"> </w:t>
            </w:r>
          </w:p>
        </w:tc>
      </w:tr>
      <w:tr>
        <w:tc>
          <w:tcPr>
            <w:tcW w:type="dxa" w:w="2948"/>
            <w:tcMar>
              <w:top w:w="110" w:type="dxa"/>
              <w:start w:w="120" w:type="dxa"/>
              <w:bottom w:w="110" w:type="dxa"/>
              <w:end w:w="120" w:type="dxa"/>
            </w:tcMar>
            <w:vAlign w:val="center"/>
            <w:shd w:fill="A6533F"/>
          </w:tcPr>
          <w:p>
            <w:pPr>
              <w:spacing w:after="0"/>
            </w:pPr>
            <w:r>
              <w:rPr>
                <w:rFonts w:ascii="Arial" w:hAnsi="Arial"/>
                <w:b/>
                <w:color w:val="FFFFFF"/>
                <w:sz w:val="18"/>
              </w:rPr>
              <w:t>Purchase order number</w:t>
            </w:r>
          </w:p>
        </w:tc>
        <w:tc>
          <w:tcPr>
            <w:tcW w:type="dxa" w:w="6406"/>
            <w:tcMar>
              <w:top w:w="110" w:type="dxa"/>
              <w:start w:w="120" w:type="dxa"/>
              <w:bottom w:w="110" w:type="dxa"/>
              <w:end w:w="120" w:type="dxa"/>
            </w:tcMar>
            <w:vAlign w:val="center"/>
            <w:shd w:fill="F5EEE9"/>
          </w:tcPr>
          <w:p>
            <w:pPr>
              <w:spacing w:after="0"/>
            </w:pPr>
            <w:r>
              <w:rPr>
                <w:rFonts w:ascii="Arial" w:hAnsi="Arial"/>
                <w:color w:val="333333"/>
                <w:sz w:val="19"/>
              </w:rPr>
              <w:t xml:space="preserve"> </w:t>
            </w:r>
          </w:p>
        </w:tc>
      </w:tr>
      <w:tr>
        <w:tc>
          <w:tcPr>
            <w:tcW w:type="dxa" w:w="2948"/>
            <w:tcMar>
              <w:top w:w="110" w:type="dxa"/>
              <w:start w:w="120" w:type="dxa"/>
              <w:bottom w:w="110" w:type="dxa"/>
              <w:end w:w="120" w:type="dxa"/>
            </w:tcMar>
            <w:vAlign w:val="center"/>
            <w:shd w:fill="A6533F"/>
          </w:tcPr>
          <w:p>
            <w:pPr>
              <w:spacing w:after="0"/>
            </w:pPr>
            <w:r>
              <w:rPr>
                <w:rFonts w:ascii="Arial" w:hAnsi="Arial"/>
                <w:b/>
                <w:color w:val="FFFFFF"/>
                <w:sz w:val="18"/>
              </w:rPr>
              <w:t>Maximum authorised budget</w:t>
            </w:r>
          </w:p>
        </w:tc>
        <w:tc>
          <w:tcPr>
            <w:tcW w:type="dxa" w:w="6406"/>
            <w:tcMar>
              <w:top w:w="110" w:type="dxa"/>
              <w:start w:w="120" w:type="dxa"/>
              <w:bottom w:w="110" w:type="dxa"/>
              <w:end w:w="120" w:type="dxa"/>
            </w:tcMar>
            <w:vAlign w:val="center"/>
            <w:shd w:fill="F5EEE9"/>
          </w:tcPr>
          <w:p>
            <w:pPr>
              <w:spacing w:after="0"/>
            </w:pPr>
            <w:r>
              <w:rPr>
                <w:rFonts w:ascii="Arial" w:hAnsi="Arial"/>
                <w:color w:val="333333"/>
                <w:sz w:val="19"/>
              </w:rPr>
              <w:t xml:space="preserve"> </w:t>
            </w:r>
          </w:p>
        </w:tc>
      </w:tr>
      <w:tr>
        <w:tc>
          <w:tcPr>
            <w:tcW w:type="dxa" w:w="2948"/>
            <w:tcMar>
              <w:top w:w="110" w:type="dxa"/>
              <w:start w:w="120" w:type="dxa"/>
              <w:bottom w:w="110" w:type="dxa"/>
              <w:end w:w="120" w:type="dxa"/>
            </w:tcMar>
            <w:vAlign w:val="center"/>
            <w:shd w:fill="A6533F"/>
          </w:tcPr>
          <w:p>
            <w:pPr>
              <w:spacing w:after="0"/>
            </w:pPr>
            <w:r>
              <w:rPr>
                <w:rFonts w:ascii="Arial" w:hAnsi="Arial"/>
                <w:b/>
                <w:color w:val="FFFFFF"/>
                <w:sz w:val="18"/>
              </w:rPr>
              <w:t>Authorisation confirmed?</w:t>
            </w:r>
          </w:p>
        </w:tc>
        <w:tc>
          <w:tcPr>
            <w:tcW w:type="dxa" w:w="6406"/>
            <w:tcMar>
              <w:top w:w="110" w:type="dxa"/>
              <w:start w:w="120" w:type="dxa"/>
              <w:bottom w:w="110" w:type="dxa"/>
              <w:end w:w="120" w:type="dxa"/>
            </w:tcMar>
            <w:vAlign w:val="center"/>
            <w:shd w:fill="F5EEE9"/>
          </w:tcPr>
          <w:p>
            <w:pPr>
              <w:spacing w:after="0"/>
            </w:pPr>
            <w:sdt>
              <w:sdtPr>
                <w:alias w:val="AUTH_Y"/>
                <w:tag w:val="AUTH_Y"/>
                <w:id w:val="500083"/>
                <w14:checkbox>
                  <w14:checked w14:val="0"/>
                  <w14:checkedState w14:val="2612" w14:font="MS Gothic"/>
                  <w14:uncheckedState w14:val="2610" w14:font="MS Gothic"/>
                </w14:checkbox>
              </w:sdtPr>
              <w:sdtContent>
                <w:r>
                  <w:rPr>
                    <w:rFonts w:ascii="Arial" w:hAnsi="Arial"/>
                    <w:color w:val="333333"/>
                    <w:sz w:val="19"/>
                  </w:rPr>
                  <w:t>☐</w:t>
                </w:r>
              </w:sdtContent>
            </w:sdt>
            <w:r>
              <w:rPr>
                <w:rFonts w:ascii="Arial" w:hAnsi="Arial"/>
                <w:color w:val="333333"/>
                <w:sz w:val="19"/>
              </w:rPr>
              <w:t xml:space="preserve"> Yes    </w:t>
            </w:r>
            <w:sdt>
              <w:sdtPr>
                <w:alias w:val="AUTH_N"/>
                <w:tag w:val="AUTH_N"/>
                <w:id w:val="500084"/>
                <w14:checkbox>
                  <w14:checked w14:val="0"/>
                  <w14:checkedState w14:val="2612" w14:font="MS Gothic"/>
                  <w14:uncheckedState w14:val="2610" w14:font="MS Gothic"/>
                </w14:checkbox>
              </w:sdtPr>
              <w:sdtContent>
                <w:r>
                  <w:rPr>
                    <w:rFonts w:ascii="Arial" w:hAnsi="Arial"/>
                    <w:color w:val="333333"/>
                    <w:sz w:val="19"/>
                  </w:rPr>
                  <w:t>☐</w:t>
                </w:r>
              </w:sdtContent>
            </w:sdt>
            <w:r>
              <w:rPr>
                <w:rFonts w:ascii="Arial" w:hAnsi="Arial"/>
                <w:color w:val="333333"/>
                <w:sz w:val="19"/>
              </w:rPr>
              <w:t xml:space="preserve"> No    </w:t>
            </w:r>
            <w:sdt>
              <w:sdtPr>
                <w:alias w:val="AUTH_P"/>
                <w:tag w:val="AUTH_P"/>
                <w:id w:val="500085"/>
                <w14:checkbox>
                  <w14:checked w14:val="0"/>
                  <w14:checkedState w14:val="2612" w14:font="MS Gothic"/>
                  <w14:uncheckedState w14:val="2610" w14:font="MS Gothic"/>
                </w14:checkbox>
              </w:sdtPr>
              <w:sdtContent>
                <w:r>
                  <w:rPr>
                    <w:rFonts w:ascii="Arial" w:hAnsi="Arial"/>
                    <w:color w:val="333333"/>
                    <w:sz w:val="19"/>
                  </w:rPr>
                  <w:t>☐</w:t>
                </w:r>
              </w:sdtContent>
            </w:sdt>
            <w:r>
              <w:rPr>
                <w:rFonts w:ascii="Arial" w:hAnsi="Arial"/>
                <w:color w:val="333333"/>
                <w:sz w:val="19"/>
              </w:rPr>
              <w:t xml:space="preserve"> Pending</w:t>
            </w:r>
          </w:p>
        </w:tc>
      </w:tr>
    </w:tbl>
    <w:p>
      <w:pPr>
        <w:pStyle w:val="Heading1"/>
      </w:pPr>
      <w:r>
        <w:t>10. Declaration and consent</w:t>
      </w:r>
    </w:p>
    <w:p>
      <w:r>
        <w:t>I confirm that the information supplied is accurate to the best of my knowledge and that I am authorised to make this enquiry. I understand that this is an initial enquiry and does not confirm that Project West has accepted the work, reserved dates or agreed a report deadline. Project West may request further information, individual pre-visit meetings, risk assessment material and signed agreements before work begins.</w:t>
      </w:r>
    </w:p>
    <w:tbl>
      <w:tblPr>
        <w:tblW w:type="auto" w:w="0"/>
        <w:jc w:val="center"/>
        <w:tblLayout w:type="fixed"/>
        <w:tblLook w:firstColumn="1" w:firstRow="1" w:lastColumn="0" w:lastRow="0" w:noHBand="0" w:noVBand="1" w:val="04A0"/>
      </w:tblPr>
      <w:tblGrid>
        <w:gridCol w:w="4819"/>
        <w:gridCol w:w="4819"/>
      </w:tblGrid>
      <w:tr>
        <w:tc>
          <w:tcPr>
            <w:tcW w:type="dxa" w:w="2948"/>
            <w:tcMar>
              <w:top w:w="110" w:type="dxa"/>
              <w:start w:w="120" w:type="dxa"/>
              <w:bottom w:w="110" w:type="dxa"/>
              <w:end w:w="120" w:type="dxa"/>
            </w:tcMar>
            <w:vAlign w:val="center"/>
            <w:shd w:fill="A6533F"/>
          </w:tcPr>
          <w:p>
            <w:pPr>
              <w:spacing w:after="0"/>
            </w:pPr>
            <w:r>
              <w:rPr>
                <w:rFonts w:ascii="Arial" w:hAnsi="Arial"/>
                <w:b/>
                <w:color w:val="FFFFFF"/>
                <w:sz w:val="18"/>
              </w:rPr>
              <w:t>Name</w:t>
            </w:r>
          </w:p>
        </w:tc>
        <w:tc>
          <w:tcPr>
            <w:tcW w:type="dxa" w:w="6406"/>
            <w:tcMar>
              <w:top w:w="110" w:type="dxa"/>
              <w:start w:w="120" w:type="dxa"/>
              <w:bottom w:w="110" w:type="dxa"/>
              <w:end w:w="120" w:type="dxa"/>
            </w:tcMar>
            <w:vAlign w:val="center"/>
            <w:shd w:fill="F5EEE9"/>
          </w:tcPr>
          <w:p>
            <w:pPr>
              <w:spacing w:after="0"/>
            </w:pPr>
            <w:r>
              <w:rPr>
                <w:rFonts w:ascii="Arial" w:hAnsi="Arial"/>
                <w:color w:val="333333"/>
                <w:sz w:val="19"/>
              </w:rPr>
              <w:t xml:space="preserve"> </w:t>
            </w:r>
          </w:p>
        </w:tc>
      </w:tr>
      <w:tr>
        <w:tc>
          <w:tcPr>
            <w:tcW w:type="dxa" w:w="2948"/>
            <w:tcMar>
              <w:top w:w="110" w:type="dxa"/>
              <w:start w:w="120" w:type="dxa"/>
              <w:bottom w:w="110" w:type="dxa"/>
              <w:end w:w="120" w:type="dxa"/>
            </w:tcMar>
            <w:vAlign w:val="center"/>
            <w:shd w:fill="A6533F"/>
          </w:tcPr>
          <w:p>
            <w:pPr>
              <w:spacing w:after="0"/>
            </w:pPr>
            <w:r>
              <w:rPr>
                <w:rFonts w:ascii="Arial" w:hAnsi="Arial"/>
                <w:b/>
                <w:color w:val="FFFFFF"/>
                <w:sz w:val="18"/>
              </w:rPr>
              <w:t>Job title / relationship</w:t>
            </w:r>
          </w:p>
        </w:tc>
        <w:tc>
          <w:tcPr>
            <w:tcW w:type="dxa" w:w="6406"/>
            <w:tcMar>
              <w:top w:w="110" w:type="dxa"/>
              <w:start w:w="120" w:type="dxa"/>
              <w:bottom w:w="110" w:type="dxa"/>
              <w:end w:w="120" w:type="dxa"/>
            </w:tcMar>
            <w:vAlign w:val="center"/>
            <w:shd w:fill="F5EEE9"/>
          </w:tcPr>
          <w:p>
            <w:pPr>
              <w:spacing w:after="0"/>
            </w:pPr>
            <w:r>
              <w:rPr>
                <w:rFonts w:ascii="Arial" w:hAnsi="Arial"/>
                <w:color w:val="333333"/>
                <w:sz w:val="19"/>
              </w:rPr>
              <w:t xml:space="preserve"> </w:t>
            </w:r>
          </w:p>
        </w:tc>
      </w:tr>
      <w:tr>
        <w:tc>
          <w:tcPr>
            <w:tcW w:type="dxa" w:w="2948"/>
            <w:tcMar>
              <w:top w:w="110" w:type="dxa"/>
              <w:start w:w="120" w:type="dxa"/>
              <w:bottom w:w="110" w:type="dxa"/>
              <w:end w:w="120" w:type="dxa"/>
            </w:tcMar>
            <w:vAlign w:val="center"/>
            <w:shd w:fill="A6533F"/>
          </w:tcPr>
          <w:p>
            <w:pPr>
              <w:spacing w:after="0"/>
            </w:pPr>
            <w:r>
              <w:rPr>
                <w:rFonts w:ascii="Arial" w:hAnsi="Arial"/>
                <w:b/>
                <w:color w:val="FFFFFF"/>
                <w:sz w:val="18"/>
              </w:rPr>
              <w:t>Signature</w:t>
            </w:r>
          </w:p>
        </w:tc>
        <w:tc>
          <w:tcPr>
            <w:tcW w:type="dxa" w:w="6406"/>
            <w:tcMar>
              <w:top w:w="110" w:type="dxa"/>
              <w:start w:w="120" w:type="dxa"/>
              <w:bottom w:w="110" w:type="dxa"/>
              <w:end w:w="120" w:type="dxa"/>
            </w:tcMar>
            <w:vAlign w:val="center"/>
            <w:shd w:fill="F5EEE9"/>
          </w:tcPr>
          <w:p>
            <w:pPr>
              <w:spacing w:after="0"/>
            </w:pPr>
            <w:r>
              <w:rPr>
                <w:rFonts w:ascii="Arial" w:hAnsi="Arial"/>
                <w:color w:val="333333"/>
                <w:sz w:val="19"/>
              </w:rPr>
              <w:t xml:space="preserve"> </w:t>
            </w:r>
          </w:p>
        </w:tc>
      </w:tr>
      <w:tr>
        <w:tc>
          <w:tcPr>
            <w:tcW w:type="dxa" w:w="2948"/>
            <w:tcMar>
              <w:top w:w="110" w:type="dxa"/>
              <w:start w:w="120" w:type="dxa"/>
              <w:bottom w:w="110" w:type="dxa"/>
              <w:end w:w="120" w:type="dxa"/>
            </w:tcMar>
            <w:vAlign w:val="center"/>
            <w:shd w:fill="A6533F"/>
          </w:tcPr>
          <w:p>
            <w:pPr>
              <w:spacing w:after="0"/>
            </w:pPr>
            <w:r>
              <w:rPr>
                <w:rFonts w:ascii="Arial" w:hAnsi="Arial"/>
                <w:b/>
                <w:color w:val="FFFFFF"/>
                <w:sz w:val="18"/>
              </w:rPr>
              <w:t>Date</w:t>
            </w:r>
          </w:p>
        </w:tc>
        <w:tc>
          <w:tcPr>
            <w:tcW w:type="dxa" w:w="6406"/>
            <w:tcMar>
              <w:top w:w="110" w:type="dxa"/>
              <w:start w:w="120" w:type="dxa"/>
              <w:bottom w:w="110" w:type="dxa"/>
              <w:end w:w="120" w:type="dxa"/>
            </w:tcMar>
            <w:vAlign w:val="center"/>
            <w:shd w:fill="F5EEE9"/>
          </w:tcPr>
          <w:p>
            <w:pPr>
              <w:spacing w:after="0"/>
            </w:pPr>
            <w:r>
              <w:rPr>
                <w:rFonts w:ascii="Arial" w:hAnsi="Arial"/>
                <w:color w:val="333333"/>
                <w:sz w:val="19"/>
              </w:rPr>
              <w:t xml:space="preserve"> </w:t>
            </w:r>
          </w:p>
        </w:tc>
      </w:tr>
    </w:tbl>
    <w:p>
      <w:pPr>
        <w:pStyle w:val="Heading1"/>
      </w:pPr>
      <w:r>
        <w:t>Submitting the form</w:t>
      </w:r>
    </w:p>
    <w:p>
      <w:r>
        <w:t>Return the completed form and available supporting documents securely to info@projectwest.co.uk. Please do not send highly sensitive material through an insecure route. Project West will contact you after reviewing the enquiry.</w:t>
      </w:r>
    </w:p>
    <w:p>
      <w:pPr>
        <w:pStyle w:val="Heading1"/>
      </w:pPr>
      <w:r>
        <w:t>Document control</w:t>
      </w:r>
    </w:p>
    <w:tbl>
      <w:tblPr>
        <w:tblW w:type="auto" w:w="0"/>
        <w:jc w:val="center"/>
        <w:tblLayout w:type="fixed"/>
        <w:tblLook w:firstColumn="1" w:firstRow="1" w:lastColumn="0" w:lastRow="0" w:noHBand="0" w:noVBand="1" w:val="04A0"/>
      </w:tblPr>
      <w:tblGrid>
        <w:gridCol w:w="4819"/>
        <w:gridCol w:w="4819"/>
      </w:tblGrid>
      <w:tr>
        <w:tc>
          <w:tcPr>
            <w:tcW w:type="dxa" w:w="2948"/>
            <w:tcMar>
              <w:top w:w="110" w:type="dxa"/>
              <w:start w:w="120" w:type="dxa"/>
              <w:bottom w:w="110" w:type="dxa"/>
              <w:end w:w="120" w:type="dxa"/>
            </w:tcMar>
            <w:vAlign w:val="center"/>
            <w:shd w:fill="A6533F"/>
          </w:tcPr>
          <w:p>
            <w:pPr>
              <w:spacing w:after="0"/>
            </w:pPr>
            <w:r>
              <w:rPr>
                <w:rFonts w:ascii="Arial" w:hAnsi="Arial"/>
                <w:b/>
                <w:color w:val="FFFFFF"/>
                <w:sz w:val="18"/>
              </w:rPr>
              <w:t>Version</w:t>
            </w:r>
          </w:p>
        </w:tc>
        <w:tc>
          <w:tcPr>
            <w:tcW w:type="dxa" w:w="6406"/>
            <w:tcMar>
              <w:top w:w="110" w:type="dxa"/>
              <w:start w:w="120" w:type="dxa"/>
              <w:bottom w:w="110" w:type="dxa"/>
              <w:end w:w="120" w:type="dxa"/>
            </w:tcMar>
            <w:vAlign w:val="center"/>
            <w:shd w:fill="F5EEE9"/>
          </w:tcPr>
          <w:p>
            <w:pPr>
              <w:spacing w:after="0"/>
            </w:pPr>
            <w:r>
              <w:rPr>
                <w:rFonts w:ascii="Arial" w:hAnsi="Arial"/>
                <w:color w:val="333333"/>
                <w:sz w:val="19"/>
              </w:rPr>
              <w:t>1.0</w:t>
            </w:r>
          </w:p>
        </w:tc>
      </w:tr>
      <w:tr>
        <w:tc>
          <w:tcPr>
            <w:tcW w:type="dxa" w:w="2948"/>
            <w:tcMar>
              <w:top w:w="110" w:type="dxa"/>
              <w:start w:w="120" w:type="dxa"/>
              <w:bottom w:w="110" w:type="dxa"/>
              <w:end w:w="120" w:type="dxa"/>
            </w:tcMar>
            <w:vAlign w:val="center"/>
            <w:shd w:fill="A6533F"/>
          </w:tcPr>
          <w:p>
            <w:pPr>
              <w:spacing w:after="0"/>
            </w:pPr>
            <w:r>
              <w:rPr>
                <w:rFonts w:ascii="Arial" w:hAnsi="Arial"/>
                <w:b/>
                <w:color w:val="FFFFFF"/>
                <w:sz w:val="18"/>
              </w:rPr>
              <w:t>Approved by</w:t>
            </w:r>
          </w:p>
        </w:tc>
        <w:tc>
          <w:tcPr>
            <w:tcW w:type="dxa" w:w="6406"/>
            <w:tcMar>
              <w:top w:w="110" w:type="dxa"/>
              <w:start w:w="120" w:type="dxa"/>
              <w:bottom w:w="110" w:type="dxa"/>
              <w:end w:w="120" w:type="dxa"/>
            </w:tcMar>
            <w:vAlign w:val="center"/>
            <w:shd w:fill="F5EEE9"/>
          </w:tcPr>
          <w:p>
            <w:pPr>
              <w:spacing w:after="0"/>
            </w:pPr>
            <w:r>
              <w:rPr>
                <w:rFonts w:ascii="Arial" w:hAnsi="Arial"/>
                <w:color w:val="333333"/>
                <w:sz w:val="19"/>
              </w:rPr>
              <w:t>Manager, Project West Assessment &amp; Contact Services</w:t>
            </w:r>
          </w:p>
        </w:tc>
      </w:tr>
      <w:tr>
        <w:tc>
          <w:tcPr>
            <w:tcW w:type="dxa" w:w="2948"/>
            <w:tcMar>
              <w:top w:w="110" w:type="dxa"/>
              <w:start w:w="120" w:type="dxa"/>
              <w:bottom w:w="110" w:type="dxa"/>
              <w:end w:w="120" w:type="dxa"/>
            </w:tcMar>
            <w:vAlign w:val="center"/>
            <w:shd w:fill="A6533F"/>
          </w:tcPr>
          <w:p>
            <w:pPr>
              <w:spacing w:after="0"/>
            </w:pPr>
            <w:r>
              <w:rPr>
                <w:rFonts w:ascii="Arial" w:hAnsi="Arial"/>
                <w:b/>
                <w:color w:val="FFFFFF"/>
                <w:sz w:val="18"/>
              </w:rPr>
              <w:t>Review date</w:t>
            </w:r>
          </w:p>
        </w:tc>
        <w:tc>
          <w:tcPr>
            <w:tcW w:type="dxa" w:w="6406"/>
            <w:tcMar>
              <w:top w:w="110" w:type="dxa"/>
              <w:start w:w="120" w:type="dxa"/>
              <w:bottom w:w="110" w:type="dxa"/>
              <w:end w:w="120" w:type="dxa"/>
            </w:tcMar>
            <w:vAlign w:val="center"/>
            <w:shd w:fill="F5EEE9"/>
          </w:tcPr>
          <w:p>
            <w:pPr>
              <w:spacing w:after="0"/>
            </w:pPr>
            <w:r>
              <w:rPr>
                <w:rFonts w:ascii="Arial" w:hAnsi="Arial"/>
                <w:color w:val="333333"/>
                <w:sz w:val="19"/>
              </w:rPr>
              <w:t>August 2027 or sooner if practice, policy or legislation changes</w:t>
            </w:r>
          </w:p>
        </w:tc>
      </w:tr>
    </w:tbl>
    <w:sectPr w:rsidR="00FC693F" w:rsidRPr="0006063C" w:rsidSect="00034616">
      <w:headerReference w:type="default" r:id="rId9"/>
      <w:footerReference w:type="default" r:id="rId10"/>
      <w:pgSz w:w="11906" w:h="16838"/>
      <w:pgMar w:top="907" w:right="1134" w:bottom="964" w:left="1134" w:header="454" w:footer="45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al" w:hAnsi="Arial"/>
        <w:color w:val="666666"/>
        <w:sz w:val="15"/>
      </w:rPr>
      <w:t>27 Sandringham Road, Northolt Village, Middlesex UB5 5HN  |  020 8422 8184  |  info@projectwest.co.uk</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Arial" w:hAnsi="Arial"/>
        <w:b/>
        <w:color w:val="666666"/>
        <w:sz w:val="17"/>
      </w:rPr>
      <w:t>PROJECT WEST ASSESSMENT &amp; CONTACT SERVICES</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59" w:lineRule="auto"/>
    </w:pPr>
    <w:rPr>
      <w:rFonts w:ascii="Arial" w:hAnsi="Arial"/>
      <w:color w:val="333333"/>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100"/>
      <w:outlineLvl w:val="0"/>
    </w:pPr>
    <w:rPr>
      <w:rFonts w:asciiTheme="majorHAnsi" w:eastAsiaTheme="majorEastAsia" w:hAnsiTheme="majorHAnsi" w:cstheme="majorBidi" w:ascii="Arial" w:hAnsi="Arial"/>
      <w:b/>
      <w:bCs/>
      <w:color w:val="A6533F"/>
      <w:sz w:val="29"/>
      <w:szCs w:val="28"/>
    </w:rPr>
  </w:style>
  <w:style w:type="paragraph" w:styleId="Heading2">
    <w:name w:val="heading 2"/>
    <w:basedOn w:val="Normal"/>
    <w:next w:val="Normal"/>
    <w:link w:val="Heading2Char"/>
    <w:uiPriority w:val="9"/>
    <w:unhideWhenUsed/>
    <w:qFormat/>
    <w:rsid w:val="00FC693F"/>
    <w:pPr>
      <w:keepNext/>
      <w:keepLines/>
      <w:spacing w:before="160" w:after="60"/>
      <w:outlineLvl w:val="1"/>
    </w:pPr>
    <w:rPr>
      <w:rFonts w:asciiTheme="majorHAnsi" w:eastAsiaTheme="majorEastAsia" w:hAnsiTheme="majorHAnsi" w:cstheme="majorBidi" w:ascii="Arial" w:hAnsi="Arial"/>
      <w:b/>
      <w:bCs/>
      <w:color w:val="A6533F"/>
      <w:sz w:val="23"/>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West Family Time Assessments and Progress Reviews Initial Enquiry Form</dc:title>
  <dc:subject>Initial enquiry form</dc:subject>
  <dc:creator>Project West Assessment &amp; Contact Services</dc:creator>
  <cp:keywords/>
  <dc:description>generated by python-docx</dc:description>
  <cp:lastModifiedBy/>
  <cp:revision>1</cp:revision>
  <dcterms:created xsi:type="dcterms:W3CDTF">2013-12-23T23:15:00Z</dcterms:created>
  <dcterms:modified xsi:type="dcterms:W3CDTF">2013-12-23T23:15:00Z</dcterms:modified>
  <cp:category/>
</cp:coreProperties>
</file>