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8E4634"/>
          <w:sz w:val="22"/>
        </w:rPr>
        <w:t>PROJECT WEST</w:t>
      </w:r>
    </w:p>
    <w:p>
      <w:pPr>
        <w:spacing w:after="40"/>
        <w:jc w:val="center"/>
      </w:pPr>
      <w:r>
        <w:rPr>
          <w:rFonts w:ascii="Arial" w:hAnsi="Arial"/>
          <w:b/>
          <w:i w:val="0"/>
          <w:color w:val="B45F45"/>
          <w:sz w:val="42"/>
        </w:rPr>
        <w:t>FAMILY SUPPORT REFERRAL FORM</w:t>
      </w:r>
    </w:p>
    <w:p>
      <w:pPr>
        <w:spacing w:after="160"/>
        <w:jc w:val="center"/>
      </w:pPr>
      <w:r>
        <w:rPr>
          <w:rFonts w:ascii="Arial" w:hAnsi="Arial"/>
          <w:b w:val="0"/>
          <w:i w:val="0"/>
          <w:color w:val="6E6662"/>
          <w:sz w:val="18"/>
        </w:rPr>
        <w:t>Assessment, direct work and practical support for children and families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Before completing this form</w:t>
            </w:r>
          </w:p>
          <w:p>
            <w:pPr>
              <w:spacing w:after="0"/>
            </w:pPr>
            <w:r>
              <w:rPr>
                <w:rFonts w:ascii="Arial" w:hAnsi="Arial"/>
                <w:b w:val="0"/>
                <w:i w:val="0"/>
                <w:color w:val="302C2A"/>
                <w:sz w:val="17"/>
              </w:rPr>
              <w:t>Family Support referrals are normally commissioned and funded by a Local Authority. Referrals from private individuals may also be considered where responsibility for payment is clearly agreed. A solicitor may complete the form as the private individual’s representative, but is not treated as a separate referral or funding route. Project West cannot assess suitability, allocate a worker or commence work until the referral, safeguarding information, instruction and funding arrangements are complete.</w:t>
            </w:r>
          </w:p>
        </w:tc>
      </w:tr>
    </w:tbl>
    <w:p>
      <w:pPr>
        <w:spacing w:after="0"/>
      </w:pPr>
    </w:p>
    <w:p>
      <w:pPr>
        <w:pStyle w:val="Heading1"/>
        <w:keepNext/>
        <w:shd w:fill="B45F45"/>
        <w:ind w:left="120" w:right="120"/>
      </w:pPr>
      <w:r>
        <w:rPr>
          <w:rFonts w:ascii="Arial" w:hAnsi="Arial"/>
          <w:b/>
          <w:i w:val="0"/>
          <w:color w:val="FFFFFF"/>
          <w:sz w:val="27"/>
        </w:rPr>
        <w:t>1  REFERRAL AND FUNDING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Family/case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referral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route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1"/>
                <w:tag w:val="PW_CHECKBOX_1001"/>
                <w:id w:val="10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Local Authority referral   </w:t>
            </w:r>
            <w:sdt>
              <w:sdtPr>
                <w:alias w:val="Checkbox 1002"/>
                <w:tag w:val="PW_CHECKBOX_1002"/>
                <w:id w:val="100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individual / self-funded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Referrer / representative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Local Authority referrer: name / role / team / telephone / secure email. For a private referral completed by a solicitor or other representative: name / organisation / role / contact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Local Authority team manager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telephone / secure email, where applicable: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Commissioner and funder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the Local Authority or private individual responsible for commissioning and paying for the service: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Finance / budget-holder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telephone / secure email / billing address: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Local Authority purchase order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 purchase order number is required for every Local Authority referral unless the authority confirms that it does not use purchase order numbers. PO number or written confirmation: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Private funding confirmation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For a private referral, identify the person responsible for all fees and provide their billing email and address:</w:t>
            </w:r>
          </w:p>
        </w:tc>
      </w:tr>
    </w:tbl>
    <w:p>
      <w:pPr>
        <w:pStyle w:val="Heading1"/>
        <w:keepNext/>
        <w:shd w:fill="B45F45"/>
        <w:ind w:left="120" w:right="120"/>
      </w:pPr>
      <w:r>
        <w:rPr>
          <w:rFonts w:ascii="Arial" w:hAnsi="Arial"/>
          <w:b/>
          <w:i w:val="0"/>
          <w:color w:val="FFFFFF"/>
          <w:sz w:val="27"/>
        </w:rPr>
        <w:t>2  SERVICE REQUESTED AND INSTRUCTION</w:t>
      </w:r>
    </w:p>
    <w:p>
      <w:pPr>
        <w:pStyle w:val="CheckItem"/>
        <w:keepLines/>
      </w:pPr>
      <w:sdt>
        <w:sdtPr>
          <w:alias w:val="Checkbox 1003"/>
          <w:tag w:val="PW_CHECKBOX_1003"/>
          <w:id w:val="100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Support assessment</w:t>
      </w:r>
    </w:p>
    <w:p>
      <w:pPr>
        <w:pStyle w:val="CheckItem"/>
        <w:keepLines/>
      </w:pPr>
      <w:sdt>
        <w:sdtPr>
          <w:alias w:val="Checkbox 1004"/>
          <w:tag w:val="PW_CHECKBOX_1004"/>
          <w:id w:val="100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Time-limited Family Support intervention</w:t>
      </w:r>
    </w:p>
    <w:p>
      <w:pPr>
        <w:pStyle w:val="CheckItem"/>
        <w:keepLines/>
      </w:pPr>
      <w:sdt>
        <w:sdtPr>
          <w:alias w:val="Checkbox 1005"/>
          <w:tag w:val="PW_CHECKBOX_1005"/>
          <w:id w:val="100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Parenting support and practical guidance</w:t>
      </w:r>
    </w:p>
    <w:p>
      <w:pPr>
        <w:pStyle w:val="CheckItem"/>
        <w:keepLines/>
      </w:pPr>
      <w:sdt>
        <w:sdtPr>
          <w:alias w:val="Checkbox 1006"/>
          <w:tag w:val="PW_CHECKBOX_1006"/>
          <w:id w:val="100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Direct work with a child or young person</w:t>
      </w:r>
    </w:p>
    <w:p>
      <w:pPr>
        <w:pStyle w:val="CheckItem"/>
        <w:keepLines/>
      </w:pPr>
      <w:sdt>
        <w:sdtPr>
          <w:alias w:val="Checkbox 1007"/>
          <w:tag w:val="PW_CHECKBOX_1007"/>
          <w:id w:val="100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Support with routines, boundaries and home conditions</w:t>
      </w:r>
    </w:p>
    <w:p>
      <w:pPr>
        <w:pStyle w:val="CheckItem"/>
        <w:keepLines/>
      </w:pPr>
      <w:sdt>
        <w:sdtPr>
          <w:alias w:val="Checkbox 1008"/>
          <w:tag w:val="PW_CHECKBOX_1008"/>
          <w:id w:val="100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Support to attend appointments, education or community services</w:t>
      </w:r>
    </w:p>
    <w:p>
      <w:pPr>
        <w:pStyle w:val="CheckItem"/>
        <w:keepLines/>
      </w:pPr>
      <w:sdt>
        <w:sdtPr>
          <w:alias w:val="Checkbox 1009"/>
          <w:tag w:val="PW_CHECKBOX_1009"/>
          <w:id w:val="100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Life-story or identity work</w:t>
      </w:r>
    </w:p>
    <w:p>
      <w:pPr>
        <w:pStyle w:val="CheckItem"/>
        <w:keepLines/>
      </w:pPr>
      <w:sdt>
        <w:sdtPr>
          <w:alias w:val="Checkbox 1010"/>
          <w:tag w:val="PW_CHECKBOX_1010"/>
          <w:id w:val="101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Project West being instructed to do? *</w:t>
            </w:r>
          </w:p>
          <w:p>
            <w:pPr>
              <w:spacing w:after="20"/>
            </w:pPr>
            <w:r>
              <w:rPr>
                <w:rFonts w:ascii="Arial" w:hAnsi="Arial"/>
                <w:b w:val="0"/>
                <w:i/>
                <w:color w:val="6E6662"/>
                <w:sz w:val="16"/>
              </w:rPr>
              <w:t>Give a clear summary of the work, the legal or care-planning context and any questions Project West must address.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outcomes should this work achieve for each child and the family? *</w:t>
            </w:r>
          </w:p>
          <w:p>
            <w:pPr>
              <w:spacing w:after="20"/>
            </w:pPr>
            <w:r>
              <w:rPr>
                <w:rFonts w:ascii="Arial" w:hAnsi="Arial"/>
                <w:b w:val="0"/>
                <w:i/>
                <w:color w:val="6E6662"/>
                <w:sz w:val="16"/>
              </w:rPr>
              <w:t>Use specific, observable outcomes and identify how progress will be measured.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Planned start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Planned end/review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 required by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r>
        <w:br w:type="page"/>
      </w:r>
    </w:p>
    <w:p>
      <w:pPr>
        <w:pStyle w:val="Heading1"/>
        <w:keepNext/>
        <w:shd w:fill="B45F45"/>
        <w:ind w:left="120" w:right="120"/>
      </w:pPr>
      <w:r>
        <w:rPr>
          <w:rFonts w:ascii="Arial" w:hAnsi="Arial"/>
          <w:b/>
          <w:i w:val="0"/>
          <w:color w:val="FFFFFF"/>
          <w:sz w:val="27"/>
        </w:rPr>
        <w:t>3  CHILDREN</w:t>
      </w:r>
    </w:p>
    <w:tbl>
      <w:tblPr>
        <w:tblW w:type="dxa" w:w="10000"/>
        <w:jc w:val="left"/>
        <w:tblLayout w:type="fixed"/>
        <w:tblLook w:firstColumn="1" w:firstRow="1" w:lastColumn="0" w:lastRow="0" w:noHBand="0" w:noVBand="1" w:val="04A0"/>
        <w:tblInd w:w="120" w:type="dxa"/>
      </w:tblPr>
      <w:tblGrid>
        <w:gridCol w:w="2750"/>
        <w:gridCol w:w="1650"/>
        <w:gridCol w:w="750"/>
        <w:gridCol w:w="1300"/>
        <w:gridCol w:w="3550"/>
      </w:tblGrid>
      <w:tr>
        <w:trPr>
          <w:tblHeader w:val="true"/>
        </w:trPr>
        <w:tc>
          <w:tcPr>
            <w:tcW w:type="dxa" w:w="2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Full name</w:t>
            </w:r>
          </w:p>
        </w:tc>
        <w:tc>
          <w:tcPr>
            <w:tcW w:type="dxa" w:w="1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 of birth</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w:t>
            </w:r>
          </w:p>
        </w:tc>
        <w:tc>
          <w:tcPr>
            <w:tcW w:type="dxa" w:w="1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Pronouns</w:t>
            </w:r>
          </w:p>
        </w:tc>
        <w:tc>
          <w:tcPr>
            <w:tcW w:type="dxa" w:w="35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Ethnicity / heritage</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spacing w:after="0" w:line="20" w:lineRule="exact"/>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does each child live with?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Parental responsibility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every person or authority holding parental responsibility: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Legal status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1"/>
                <w:tag w:val="PW_CHECKBOX_1011"/>
                <w:id w:val="101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law   </w:t>
            </w:r>
            <w:sdt>
              <w:sdtPr>
                <w:alias w:val="Checkbox 1012"/>
                <w:tag w:val="PW_CHECKBOX_1012"/>
                <w:id w:val="101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Help   </w:t>
            </w:r>
            <w:sdt>
              <w:sdtPr>
                <w:alias w:val="Checkbox 1013"/>
                <w:tag w:val="PW_CHECKBOX_1013"/>
                <w:id w:val="101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in Need   </w:t>
            </w:r>
            <w:sdt>
              <w:sdtPr>
                <w:alias w:val="Checkbox 1014"/>
                <w:tag w:val="PW_CHECKBOX_1014"/>
                <w:id w:val="101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Plan   </w:t>
            </w:r>
            <w:sdt>
              <w:sdtPr>
                <w:alias w:val="Checkbox 1015"/>
                <w:tag w:val="PW_CHECKBOX_1015"/>
                <w:id w:val="101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Looked After Child   </w:t>
            </w:r>
            <w:sdt>
              <w:sdtPr>
                <w:alias w:val="Checkbox 1016"/>
                <w:tag w:val="PW_CHECKBOX_1016"/>
                <w:id w:val="101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School/nursery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address / key contact / attendance concerns:</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has each child been told about Project West’s involvement?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are each child’s wishes, feelings, strengths and worries? *</w:t>
            </w:r>
          </w:p>
          <w:p>
            <w:pPr>
              <w:spacing w:after="20"/>
            </w:pPr>
            <w:r>
              <w:rPr>
                <w:rFonts w:ascii="Arial" w:hAnsi="Arial"/>
                <w:b w:val="0"/>
                <w:i/>
                <w:color w:val="6E6662"/>
                <w:sz w:val="16"/>
              </w:rPr>
              <w:t>Record the child’s own words where possible, how their views were obtained and any communication support required.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difference does each child want the support to make?</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4  FAMILY AND HOUSEHOLD MEMBERS</w:t>
      </w:r>
    </w:p>
    <w:tbl>
      <w:tblPr>
        <w:tblW w:type="dxa" w:w="10000"/>
        <w:jc w:val="left"/>
        <w:tblLayout w:type="fixed"/>
        <w:tblLook w:firstColumn="1" w:firstRow="1" w:lastColumn="0" w:lastRow="0" w:noHBand="0" w:noVBand="1" w:val="04A0"/>
        <w:tblInd w:w="120" w:type="dxa"/>
      </w:tblPr>
      <w:tblGrid>
        <w:gridCol w:w="2300"/>
        <w:gridCol w:w="1400"/>
        <w:gridCol w:w="2300"/>
        <w:gridCol w:w="1600"/>
        <w:gridCol w:w="2400"/>
      </w:tblGrid>
      <w:tr>
        <w:trPr>
          <w:tblHeader w:val="true"/>
        </w:trPr>
        <w:tc>
          <w:tcPr>
            <w:tcW w:type="dxa" w:w="2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Full name</w:t>
            </w:r>
          </w:p>
        </w:tc>
        <w:tc>
          <w:tcPr>
            <w:tcW w:type="dxa" w:w="1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DOB / age</w:t>
            </w:r>
          </w:p>
        </w:tc>
        <w:tc>
          <w:tcPr>
            <w:tcW w:type="dxa" w:w="2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Relationship to child</w:t>
            </w:r>
          </w:p>
        </w:tc>
        <w:tc>
          <w:tcPr>
            <w:tcW w:type="dxa" w:w="1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Lives with child?</w:t>
            </w:r>
          </w:p>
        </w:tc>
        <w:tc>
          <w:tcPr>
            <w:tcW w:type="dxa" w:w="2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in the work</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5  FAMILY CONTEXT, STRENGTHS AND SUPPORT NETWORK</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Why is support needed now? *</w:t>
            </w:r>
          </w:p>
          <w:p>
            <w:pPr>
              <w:spacing w:after="20"/>
            </w:pPr>
            <w:r>
              <w:rPr>
                <w:rFonts w:ascii="Arial" w:hAnsi="Arial"/>
                <w:b w:val="0"/>
                <w:i/>
                <w:color w:val="6E6662"/>
                <w:sz w:val="16"/>
              </w:rPr>
              <w:t>Include recent events, escalation, placement or family changes, previous help and what has prompted this referral.</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going well and what strengths can be built upon? *</w:t>
            </w:r>
          </w:p>
          <w:p>
            <w:pPr>
              <w:spacing w:after="20"/>
            </w:pPr>
            <w:r>
              <w:rPr>
                <w:rFonts w:ascii="Arial" w:hAnsi="Arial"/>
                <w:b w:val="0"/>
                <w:i/>
                <w:color w:val="6E6662"/>
                <w:sz w:val="16"/>
              </w:rPr>
              <w:t>Include relationships, routines, parenting strengths, culture, community, wider family and services already helping.</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are the parents’/carers’ views, motivation and capacity to engage? *</w:t>
            </w:r>
          </w:p>
          <w:p>
            <w:pPr>
              <w:spacing w:after="20"/>
            </w:pPr>
            <w:r>
              <w:rPr>
                <w:rFonts w:ascii="Arial" w:hAnsi="Arial"/>
                <w:b w:val="0"/>
                <w:i/>
                <w:color w:val="6E6662"/>
                <w:sz w:val="16"/>
              </w:rPr>
              <w:t>Include areas of agreement or disagreement and any barriers to participation.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Family network and significant relationships</w:t>
            </w:r>
          </w:p>
          <w:p>
            <w:pPr>
              <w:spacing w:after="20"/>
            </w:pPr>
            <w:r>
              <w:rPr>
                <w:rFonts w:ascii="Arial" w:hAnsi="Arial"/>
                <w:b w:val="0"/>
                <w:i/>
                <w:color w:val="6E6662"/>
                <w:sz w:val="16"/>
              </w:rPr>
              <w:t>Identify relatives, friends and community members who provide support or could safely contribute to the plan.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6  NEEDS TO BE ADDRESSED</w:t>
      </w:r>
    </w:p>
    <w:p>
      <w:pPr>
        <w:pStyle w:val="SmallNote"/>
        <w:keepNext/>
      </w:pPr>
      <w:r>
        <w:rPr>
          <w:rFonts w:ascii="Arial" w:hAnsi="Arial"/>
          <w:b w:val="0"/>
          <w:i/>
          <w:color w:val="6E6662"/>
          <w:sz w:val="17"/>
        </w:rPr>
        <w:t>Tick all relevant areas and provide details in the support-plan section.</w:t>
      </w:r>
    </w:p>
    <w:tbl>
      <w:tblPr>
        <w:tblW w:type="dxa" w:w="10000"/>
        <w:jc w:val="left"/>
        <w:tblLayout w:type="fixed"/>
        <w:tblLook w:firstColumn="1" w:firstRow="1" w:lastColumn="0" w:lastRow="0" w:noHBand="0" w:noVBand="1" w:val="04A0"/>
        <w:tblInd w:w="120" w:type="dxa"/>
      </w:tblPr>
      <w:tblGrid>
        <w:gridCol w:w="5000"/>
        <w:gridCol w:w="5000"/>
      </w:tblGrid>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7"/>
                <w:tag w:val="PW_CHECKBOX_1017"/>
                <w:id w:val="101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Parenting capacity, routines or boundaries</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8"/>
                <w:tag w:val="PW_CHECKBOX_1018"/>
                <w:id w:val="101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development, behaviour or emotional wellbeing</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9"/>
                <w:tag w:val="PW_CHECKBOX_1019"/>
                <w:id w:val="101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School attendance, learning or nursery</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0"/>
                <w:tag w:val="PW_CHECKBOX_1020"/>
                <w:id w:val="102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Health, disability, medication or appointments</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1"/>
                <w:tag w:val="PW_CHECKBOX_1021"/>
                <w:id w:val="102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Home conditions, hygiene or safety</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2"/>
                <w:tag w:val="PW_CHECKBOX_1022"/>
                <w:id w:val="102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Housing, benefits, budgeting or practical hardship</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3"/>
                <w:tag w:val="PW_CHECKBOX_1023"/>
                <w:id w:val="102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Domestic abuse, coercive control or adult conflict</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4"/>
                <w:tag w:val="PW_CHECKBOX_1024"/>
                <w:id w:val="102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Alcohol or drug use</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5"/>
                <w:tag w:val="PW_CHECKBOX_1025"/>
                <w:id w:val="102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Adult mental health or emotional wellbeing</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6"/>
                <w:tag w:val="PW_CHECKBOX_1026"/>
                <w:id w:val="102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exploitation, online harm or peer risk</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7"/>
                <w:tag w:val="PW_CHECKBOX_1027"/>
                <w:id w:val="102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relationships, separation or reunification</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8"/>
                <w:tag w:val="PW_CHECKBOX_1028"/>
                <w:id w:val="102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Culture, identity, faith or discrimination</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9"/>
                <w:tag w:val="PW_CHECKBOX_1029"/>
                <w:id w:val="102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Life skills, independence or community engagement</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0"/>
                <w:tag w:val="PW_CHECKBOX_1030"/>
                <w:id w:val="103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need: ____________________________</w:t>
            </w:r>
          </w:p>
        </w:tc>
      </w:tr>
    </w:tbl>
    <w:p>
      <w:r>
        <w:br w:type="page"/>
      </w:r>
    </w:p>
    <w:p>
      <w:pPr>
        <w:pStyle w:val="Heading1"/>
        <w:keepNext/>
        <w:shd w:fill="B45F45"/>
        <w:ind w:left="120" w:right="120"/>
      </w:pPr>
      <w:r>
        <w:rPr>
          <w:rFonts w:ascii="Arial" w:hAnsi="Arial"/>
          <w:b/>
          <w:i w:val="0"/>
          <w:color w:val="FFFFFF"/>
          <w:sz w:val="27"/>
        </w:rPr>
        <w:t>7  FAMILY SUPPORT PLAN AND DELIVERY</w:t>
      </w:r>
    </w:p>
    <w:tbl>
      <w:tblPr>
        <w:tblW w:type="dxa" w:w="10000"/>
        <w:jc w:val="left"/>
        <w:tblLayout w:type="fixed"/>
        <w:tblLook w:firstColumn="1" w:firstRow="1" w:lastColumn="0" w:lastRow="0" w:noHBand="0" w:noVBand="1" w:val="04A0"/>
        <w:tblInd w:w="120" w:type="dxa"/>
      </w:tblPr>
      <w:tblGrid>
        <w:gridCol w:w="1900"/>
        <w:gridCol w:w="2600"/>
        <w:gridCol w:w="2200"/>
        <w:gridCol w:w="1700"/>
        <w:gridCol w:w="1600"/>
      </w:tblGrid>
      <w:tr>
        <w:trPr>
          <w:tblHeader w:val="true"/>
        </w:trPr>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Identified need</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Work/action requested</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Intended outcome</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will participate</w:t>
            </w:r>
          </w:p>
        </w:tc>
        <w:tc>
          <w:tcPr>
            <w:tcW w:type="dxa" w:w="1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Review measure/date</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Frequency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1"/>
                <w:tag w:val="PW_CHECKBOX_1031"/>
                <w:id w:val="103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Once daily   </w:t>
            </w:r>
            <w:sdt>
              <w:sdtPr>
                <w:alias w:val="Checkbox 1032"/>
                <w:tag w:val="PW_CHECKBOX_1032"/>
                <w:id w:val="103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Twice daily   </w:t>
            </w:r>
            <w:sdt>
              <w:sdtPr>
                <w:alias w:val="Checkbox 1033"/>
                <w:tag w:val="PW_CHECKBOX_1033"/>
                <w:id w:val="103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Weekly   </w:t>
            </w:r>
            <w:sdt>
              <w:sdtPr>
                <w:alias w:val="Checkbox 1034"/>
                <w:tag w:val="PW_CHECKBOX_1034"/>
                <w:id w:val="103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Twice weekly   </w:t>
            </w:r>
            <w:sdt>
              <w:sdtPr>
                <w:alias w:val="Checkbox 1035"/>
                <w:tag w:val="PW_CHECKBOX_1035"/>
                <w:id w:val="103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Fortnightly   </w:t>
            </w:r>
            <w:sdt>
              <w:sdtPr>
                <w:alias w:val="Checkbox 1036"/>
                <w:tag w:val="PW_CHECKBOX_1036"/>
                <w:id w:val="103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Session length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Days and preferred times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Main location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7"/>
                <w:tag w:val="PW_CHECKBOX_1037"/>
                <w:id w:val="103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Project West centre   </w:t>
            </w:r>
            <w:sdt>
              <w:sdtPr>
                <w:alias w:val="Checkbox 1038"/>
                <w:tag w:val="PW_CHECKBOX_1038"/>
                <w:id w:val="103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home   </w:t>
            </w:r>
            <w:sdt>
              <w:sdtPr>
                <w:alias w:val="Checkbox 1039"/>
                <w:tag w:val="PW_CHECKBOX_1039"/>
                <w:id w:val="103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Community   </w:t>
            </w:r>
            <w:sdt>
              <w:sdtPr>
                <w:alias w:val="Checkbox 1040"/>
                <w:tag w:val="PW_CHECKBOX_1040"/>
                <w:id w:val="104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School/setting   </w:t>
            </w:r>
            <w:sdt>
              <w:sdtPr>
                <w:alias w:val="Checkbox 1041"/>
                <w:tag w:val="PW_CHECKBOX_1041"/>
                <w:id w:val="104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Virtual   </w:t>
            </w:r>
            <w:sdt>
              <w:sdtPr>
                <w:alias w:val="Checkbox 1042"/>
                <w:tag w:val="PW_CHECKBOX_1042"/>
                <w:id w:val="104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Address and access details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whose address it is, entry arrangements, parking and any restrictions: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must be present?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may not attend or approach?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Give authority/reason and relevant order or safety plan: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Worker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3"/>
                <w:tag w:val="PW_CHECKBOX_1043"/>
                <w:id w:val="104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Lone worker suitable   </w:t>
            </w:r>
            <w:sdt>
              <w:sdtPr>
                <w:alias w:val="Checkbox 1044"/>
                <w:tag w:val="PW_CHECKBOX_1044"/>
                <w:id w:val="104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Two workers required   </w:t>
            </w:r>
            <w:sdt>
              <w:sdtPr>
                <w:alias w:val="Checkbox 1045"/>
                <w:tag w:val="PW_CHECKBOX_1045"/>
                <w:id w:val="104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Specific skills/gender/language required   Details:</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Specific tasks, approaches or topics required</w:t>
            </w:r>
          </w:p>
          <w:p>
            <w:pPr>
              <w:spacing w:after="20"/>
            </w:pPr>
            <w:r>
              <w:rPr>
                <w:rFonts w:ascii="Arial" w:hAnsi="Arial"/>
                <w:b w:val="0"/>
                <w:i/>
                <w:color w:val="6E6662"/>
                <w:sz w:val="16"/>
              </w:rPr>
              <w:t>Include practical modelling, observation, direct work tools, culturally responsive practice and any required liaison.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Topics, actions or locations to avoid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8  COMMUNICATION, EQUALITY AND ACCESS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Language requirement</w:t>
            </w:r>
          </w:p>
          <w:p>
            <w:pPr>
              <w:spacing w:after="0"/>
            </w:pPr>
            <w:r>
              <w:rPr>
                <w:rFonts w:ascii="Arial" w:hAnsi="Arial"/>
                <w:b w:val="0"/>
                <w:i w:val="0"/>
                <w:color w:val="302C2A"/>
                <w:sz w:val="17"/>
              </w:rPr>
              <w:t>Project West work is conducted in English because Project West staff speak English. Where a child or adult cannot communicate sufficiently in English, an independent interpreter must be arranged. The referrer must identify the language, dialect or BSL required and confirm who will arrange and fund the interpreter.</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Interpreter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6"/>
                <w:tag w:val="PW_CHECKBOX_1046"/>
                <w:id w:val="104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47"/>
                <w:tag w:val="PW_CHECKBOX_1047"/>
                <w:id w:val="104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Language/dialect/BSL: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will arrange and pay?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Communication support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8"/>
                <w:tag w:val="PW_CHECKBOX_1048"/>
                <w:id w:val="104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Easy Read   </w:t>
            </w:r>
            <w:sdt>
              <w:sdtPr>
                <w:alias w:val="Checkbox 1049"/>
                <w:tag w:val="PW_CHECKBOX_1049"/>
                <w:id w:val="104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Large print   </w:t>
            </w:r>
            <w:sdt>
              <w:sdtPr>
                <w:alias w:val="Checkbox 1050"/>
                <w:tag w:val="PW_CHECKBOX_1050"/>
                <w:id w:val="10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Advocate   </w:t>
            </w:r>
            <w:sdt>
              <w:sdtPr>
                <w:alias w:val="Checkbox 1051"/>
                <w:tag w:val="PW_CHECKBOX_1051"/>
                <w:id w:val="10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Communication aid   </w:t>
            </w:r>
            <w:sdt>
              <w:sdtPr>
                <w:alias w:val="Checkbox 1052"/>
                <w:tag w:val="PW_CHECKBOX_1052"/>
                <w:id w:val="10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Disability or access adjustment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Religion / culture / identity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Information relevant to respectful, anti-discriminatory and safe support:</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Gender-related needs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Including preferred worker gender where relevant:</w:t>
            </w:r>
          </w:p>
        </w:tc>
      </w:tr>
    </w:tbl>
    <w:p>
      <w:pPr>
        <w:pStyle w:val="Heading1"/>
        <w:keepNext/>
        <w:shd w:fill="B45F45"/>
        <w:ind w:left="120" w:right="120"/>
      </w:pPr>
      <w:r>
        <w:rPr>
          <w:rFonts w:ascii="Arial" w:hAnsi="Arial"/>
          <w:b/>
          <w:i w:val="0"/>
          <w:color w:val="FFFFFF"/>
          <w:sz w:val="27"/>
        </w:rPr>
        <w:t>9  URGENT SAFETY AND VISIT INFORMATION</w:t>
      </w:r>
    </w:p>
    <w:p>
      <w:pPr>
        <w:pStyle w:val="SmallNote"/>
        <w:keepNext/>
      </w:pPr>
      <w:r>
        <w:rPr>
          <w:rFonts w:ascii="Arial" w:hAnsi="Arial"/>
          <w:b w:val="0"/>
          <w:i/>
          <w:color w:val="6E6662"/>
          <w:sz w:val="17"/>
        </w:rPr>
        <w:t>Tick Yes, No or Not known. Give details for every Yes or Not known response. Immediate safeguarding concerns must also be reported through the appropriate statutory route.</w:t>
      </w:r>
    </w:p>
    <w:tbl>
      <w:tblPr>
        <w:tblW w:type="dxa" w:w="10000"/>
        <w:jc w:val="left"/>
        <w:tblLayout w:type="fixed"/>
        <w:tblLook w:firstColumn="1" w:firstRow="1" w:lastColumn="0" w:lastRow="0" w:noHBand="0" w:noVBand="1" w:val="04A0"/>
        <w:tblInd w:w="120" w:type="dxa"/>
      </w:tblPr>
      <w:tblGrid>
        <w:gridCol w:w="3350"/>
        <w:gridCol w:w="650"/>
        <w:gridCol w:w="650"/>
        <w:gridCol w:w="950"/>
        <w:gridCol w:w="4400"/>
      </w:tblGrid>
      <w:tr>
        <w:trPr>
          <w:tblHeader w:val="true"/>
        </w:trPr>
        <w:tc>
          <w:tcPr>
            <w:tcW w:type="dxa" w:w="33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Immediate issue</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Yes</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w:t>
            </w:r>
          </w:p>
        </w:tc>
        <w:tc>
          <w:tcPr>
            <w:tcW w:type="dxa" w:w="9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Not known</w:t>
            </w:r>
          </w:p>
        </w:tc>
        <w:tc>
          <w:tcPr>
            <w:tcW w:type="dxa" w:w="4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Essential details / current control</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Current threat, violence, stalking or domestic abuse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3"/>
                <w:tag w:val="PW_CHECKBOX_1053"/>
                <w:id w:val="105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4"/>
                <w:tag w:val="PW_CHECKBOX_1054"/>
                <w:id w:val="105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5"/>
                <w:tag w:val="PW_CHECKBOX_1055"/>
                <w:id w:val="105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Current court order, bail condition or injunction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6"/>
                <w:tag w:val="PW_CHECKBOX_1056"/>
                <w:id w:val="105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7"/>
                <w:tag w:val="PW_CHECKBOX_1057"/>
                <w:id w:val="105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8"/>
                <w:tag w:val="PW_CHECKBOX_1058"/>
                <w:id w:val="105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Weapon, arson or serious property-damage risk</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9"/>
                <w:tag w:val="PW_CHECKBOX_1059"/>
                <w:id w:val="105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0"/>
                <w:tag w:val="PW_CHECKBOX_1060"/>
                <w:id w:val="106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1"/>
                <w:tag w:val="PW_CHECKBOX_1061"/>
                <w:id w:val="106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or drug use may affect the visit</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2"/>
                <w:tag w:val="PW_CHECKBOX_1062"/>
                <w:id w:val="106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3"/>
                <w:tag w:val="PW_CHECKBOX_1063"/>
                <w:id w:val="106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4"/>
                <w:tag w:val="PW_CHECKBOX_1064"/>
                <w:id w:val="106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Self-harm, suicide or acute mental-health risk</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5"/>
                <w:tag w:val="PW_CHECKBOX_1065"/>
                <w:id w:val="106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6"/>
                <w:tag w:val="PW_CHECKBOX_1066"/>
                <w:id w:val="106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7"/>
                <w:tag w:val="PW_CHECKBOX_1067"/>
                <w:id w:val="106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Child missing, exploitation or extra-familial harm</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8"/>
                <w:tag w:val="PW_CHECKBOX_1068"/>
                <w:id w:val="106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9"/>
                <w:tag w:val="PW_CHECKBOX_1069"/>
                <w:id w:val="106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0"/>
                <w:tag w:val="PW_CHECKBOX_1070"/>
                <w:id w:val="107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Unsafe adult, visitor or prohibited person may attend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1"/>
                <w:tag w:val="PW_CHECKBOX_1071"/>
                <w:id w:val="107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2"/>
                <w:tag w:val="PW_CHECKBOX_1072"/>
                <w:id w:val="107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3"/>
                <w:tag w:val="PW_CHECKBOX_1073"/>
                <w:id w:val="107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Aggressive animal, smoking, infestation or property hazard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4"/>
                <w:tag w:val="PW_CHECKBOX_1074"/>
                <w:id w:val="107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5"/>
                <w:tag w:val="PW_CHECKBOX_1075"/>
                <w:id w:val="107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6"/>
                <w:tag w:val="PW_CHECKBOX_1076"/>
                <w:id w:val="107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Infectious illness or medical emergency consideration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7"/>
                <w:tag w:val="PW_CHECKBOX_1077"/>
                <w:id w:val="107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8"/>
                <w:tag w:val="PW_CHECKBOX_1078"/>
                <w:id w:val="107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9"/>
                <w:tag w:val="PW_CHECKBOX_1079"/>
                <w:id w:val="107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Police, security or emergency arrangement required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0"/>
                <w:tag w:val="PW_CHECKBOX_1080"/>
                <w:id w:val="108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1"/>
                <w:tag w:val="PW_CHECKBOX_1081"/>
                <w:id w:val="108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2"/>
                <w:tag w:val="PW_CHECKBOX_1082"/>
                <w:id w:val="108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Immediate safety instructions for Project West staff *</w:t>
            </w:r>
          </w:p>
          <w:p>
            <w:pPr>
              <w:spacing w:after="20"/>
            </w:pPr>
            <w:r>
              <w:rPr>
                <w:rFonts w:ascii="Arial" w:hAnsi="Arial"/>
                <w:b w:val="0"/>
                <w:i/>
                <w:color w:val="6E6662"/>
                <w:sz w:val="16"/>
              </w:rPr>
              <w:t>Include who may present a risk, safe-contact arrangements, entry/exit plan, lone-working controls, emergency contacts and when work must stop.</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spacing w:before="0" w:after="0" w:line="20" w:lineRule="exact"/>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Emergency duty/team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service / telephone: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Out-of-hours safeguarding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Police information/reference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Where relevant:</w:t>
            </w:r>
          </w:p>
        </w:tc>
      </w:tr>
    </w:tbl>
    <w:p>
      <w:pPr>
        <w:pStyle w:val="Heading1"/>
        <w:keepNext/>
        <w:shd w:fill="B45F45"/>
        <w:ind w:left="120" w:right="120"/>
      </w:pPr>
      <w:r>
        <w:rPr>
          <w:rFonts w:ascii="Arial" w:hAnsi="Arial"/>
          <w:b/>
          <w:i w:val="0"/>
          <w:color w:val="FFFFFF"/>
          <w:sz w:val="27"/>
        </w:rPr>
        <w:t>10  SAFEGUARDING AND RISK ASSESSMENT</w:t>
      </w:r>
    </w:p>
    <w:p>
      <w:pPr>
        <w:pStyle w:val="SmallNote"/>
        <w:keepNext/>
      </w:pPr>
      <w:r>
        <w:rPr>
          <w:rFonts w:ascii="Arial" w:hAnsi="Arial"/>
          <w:b w:val="0"/>
          <w:i/>
          <w:color w:val="6E6662"/>
          <w:sz w:val="17"/>
        </w:rPr>
        <w:t>For each concern, tick the status and give concise details. ‘Historical’ remains relevant to planning; ‘Unknown’ must be explained.</w:t>
      </w:r>
    </w:p>
    <w:tbl>
      <w:tblPr>
        <w:tblW w:type="dxa" w:w="10000"/>
        <w:jc w:val="left"/>
        <w:tblLayout w:type="fixed"/>
        <w:tblLook w:firstColumn="1" w:firstRow="1" w:lastColumn="0" w:lastRow="0" w:noHBand="0" w:noVBand="1" w:val="04A0"/>
        <w:tblInd w:w="120" w:type="dxa"/>
      </w:tblPr>
      <w:tblGrid>
        <w:gridCol w:w="2850"/>
        <w:gridCol w:w="800"/>
        <w:gridCol w:w="750"/>
        <w:gridCol w:w="700"/>
        <w:gridCol w:w="700"/>
        <w:gridCol w:w="4200"/>
      </w:tblGrid>
      <w:tr>
        <w:trPr>
          <w:tblHeader w:val="true"/>
        </w:trPr>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Concern</w:t>
            </w:r>
          </w:p>
        </w:tc>
        <w:tc>
          <w:tcPr>
            <w:tcW w:type="dxa" w:w="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None known</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Historical</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Current</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Unknown</w:t>
            </w:r>
          </w:p>
        </w:tc>
        <w:tc>
          <w:tcPr>
            <w:tcW w:type="dxa" w:w="4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 evidence / current controls</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Domestic abuse, coercive control, stalking or harassment</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3"/>
                <w:tag w:val="PW_CHECKBOX_1083"/>
                <w:id w:val="108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4"/>
                <w:tag w:val="PW_CHECKBOX_1084"/>
                <w:id w:val="108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5"/>
                <w:tag w:val="PW_CHECKBOX_1085"/>
                <w:id w:val="108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6"/>
                <w:tag w:val="PW_CHECKBOX_1086"/>
                <w:id w:val="108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Physical abuse or risk of physical harm</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7"/>
                <w:tag w:val="PW_CHECKBOX_1087"/>
                <w:id w:val="108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8"/>
                <w:tag w:val="PW_CHECKBOX_1088"/>
                <w:id w:val="108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9"/>
                <w:tag w:val="PW_CHECKBOX_1089"/>
                <w:id w:val="108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0"/>
                <w:tag w:val="PW_CHECKBOX_1090"/>
                <w:id w:val="109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Sexual abuse, harmful sexual behaviour or sexual offence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1"/>
                <w:tag w:val="PW_CHECKBOX_1091"/>
                <w:id w:val="109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2"/>
                <w:tag w:val="PW_CHECKBOX_1092"/>
                <w:id w:val="109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3"/>
                <w:tag w:val="PW_CHECKBOX_1093"/>
                <w:id w:val="109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4"/>
                <w:tag w:val="PW_CHECKBOX_1094"/>
                <w:id w:val="109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Emotional abuse, adult conflict or harmful communication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5"/>
                <w:tag w:val="PW_CHECKBOX_1095"/>
                <w:id w:val="109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6"/>
                <w:tag w:val="PW_CHECKBOX_1096"/>
                <w:id w:val="109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7"/>
                <w:tag w:val="PW_CHECKBOX_1097"/>
                <w:id w:val="109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8"/>
                <w:tag w:val="PW_CHECKBOX_1098"/>
                <w:id w:val="109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Neglect, home conditions or unmet basic care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9"/>
                <w:tag w:val="PW_CHECKBOX_1099"/>
                <w:id w:val="109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0"/>
                <w:tag w:val="PW_CHECKBOX_1100"/>
                <w:id w:val="110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1"/>
                <w:tag w:val="PW_CHECKBOX_1101"/>
                <w:id w:val="110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2"/>
                <w:tag w:val="PW_CHECKBOX_1102"/>
                <w:id w:val="110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3"/>
                <w:tag w:val="PW_CHECKBOX_1103"/>
                <w:id w:val="110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4"/>
                <w:tag w:val="PW_CHECKBOX_1104"/>
                <w:id w:val="110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5"/>
                <w:tag w:val="PW_CHECKBOX_1105"/>
                <w:id w:val="110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6"/>
                <w:tag w:val="PW_CHECKBOX_1106"/>
                <w:id w:val="110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Drug or substance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7"/>
                <w:tag w:val="PW_CHECKBOX_1107"/>
                <w:id w:val="110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8"/>
                <w:tag w:val="PW_CHECKBOX_1108"/>
                <w:id w:val="110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9"/>
                <w:tag w:val="PW_CHECKBOX_1109"/>
                <w:id w:val="110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0"/>
                <w:tag w:val="PW_CHECKBOX_1110"/>
                <w:id w:val="111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Mental ill-health affecting safety or parenting</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1"/>
                <w:tag w:val="PW_CHECKBOX_1111"/>
                <w:id w:val="111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2"/>
                <w:tag w:val="PW_CHECKBOX_1112"/>
                <w:id w:val="111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3"/>
                <w:tag w:val="PW_CHECKBOX_1113"/>
                <w:id w:val="111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4"/>
                <w:tag w:val="PW_CHECKBOX_1114"/>
                <w:id w:val="111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Self-harm or suicide risk</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5"/>
                <w:tag w:val="PW_CHECKBOX_1115"/>
                <w:id w:val="111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6"/>
                <w:tag w:val="PW_CHECKBOX_1116"/>
                <w:id w:val="111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7"/>
                <w:tag w:val="PW_CHECKBOX_1117"/>
                <w:id w:val="111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8"/>
                <w:tag w:val="PW_CHECKBOX_1118"/>
                <w:id w:val="111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Abduction, retention, trafficking or exploitation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9"/>
                <w:tag w:val="PW_CHECKBOX_1119"/>
                <w:id w:val="111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0"/>
                <w:tag w:val="PW_CHECKBOX_1120"/>
                <w:id w:val="112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1"/>
                <w:tag w:val="PW_CHECKBOX_1121"/>
                <w:id w:val="112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2"/>
                <w:tag w:val="PW_CHECKBOX_1122"/>
                <w:id w:val="112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Violence, aggression or threats towards professionals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3"/>
                <w:tag w:val="PW_CHECKBOX_1123"/>
                <w:id w:val="112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4"/>
                <w:tag w:val="PW_CHECKBOX_1124"/>
                <w:id w:val="112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5"/>
                <w:tag w:val="PW_CHECKBOX_1125"/>
                <w:id w:val="112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6"/>
                <w:tag w:val="PW_CHECKBOX_1126"/>
                <w:id w:val="112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Criminal behaviour, weapons or arson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7"/>
                <w:tag w:val="PW_CHECKBOX_1127"/>
                <w:id w:val="112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8"/>
                <w:tag w:val="PW_CHECKBOX_1128"/>
                <w:id w:val="112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9"/>
                <w:tag w:val="PW_CHECKBOX_1129"/>
                <w:id w:val="112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0"/>
                <w:tag w:val="PW_CHECKBOX_1130"/>
                <w:id w:val="113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Online harm, location tracking or inappropriate recording</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1"/>
                <w:tag w:val="PW_CHECKBOX_1131"/>
                <w:id w:val="113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2"/>
                <w:tag w:val="PW_CHECKBOX_1132"/>
                <w:id w:val="113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3"/>
                <w:tag w:val="PW_CHECKBOX_1133"/>
                <w:id w:val="113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4"/>
                <w:tag w:val="PW_CHECKBOX_1134"/>
                <w:id w:val="113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Parenting-capacity or engagement concern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5"/>
                <w:tag w:val="PW_CHECKBOX_1135"/>
                <w:id w:val="113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6"/>
                <w:tag w:val="PW_CHECKBOX_1136"/>
                <w:id w:val="113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7"/>
                <w:tag w:val="PW_CHECKBOX_1137"/>
                <w:id w:val="113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8"/>
                <w:tag w:val="PW_CHECKBOX_1138"/>
                <w:id w:val="113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10  SAFEGUARDING AND RISK ASSESSMENT (continued)</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Detailed account of identified concerns *</w:t>
            </w:r>
          </w:p>
          <w:p>
            <w:pPr>
              <w:spacing w:after="20"/>
            </w:pPr>
            <w:r>
              <w:rPr>
                <w:rFonts w:ascii="Arial" w:hAnsi="Arial"/>
                <w:b w:val="0"/>
                <w:i/>
                <w:color w:val="6E6662"/>
                <w:sz w:val="16"/>
              </w:rPr>
              <w:t>For each concern include dates, recent incidents, alleged or established status, impact on each child, protective factors, current management and relevant documents.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Current overall risk level and rationale *</w:t>
            </w:r>
          </w:p>
          <w:p>
            <w:pPr>
              <w:spacing w:after="20"/>
            </w:pPr>
            <w:sdt>
              <w:sdtPr>
                <w:alias w:val="Checkbox 1139"/>
                <w:tag w:val="PW_CHECKBOX_1139"/>
                <w:id w:val="1139"/>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Low   </w:t>
            </w:r>
            <w:sdt>
              <w:sdtPr>
                <w:alias w:val="Checkbox 1140"/>
                <w:tag w:val="PW_CHECKBOX_1140"/>
                <w:id w:val="1140"/>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Medium   </w:t>
            </w:r>
            <w:sdt>
              <w:sdtPr>
                <w:alias w:val="Checkbox 1141"/>
                <w:tag w:val="PW_CHECKBOX_1141"/>
                <w:id w:val="1141"/>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High   </w:t>
            </w:r>
            <w:sdt>
              <w:sdtPr>
                <w:alias w:val="Checkbox 1142"/>
                <w:tag w:val="PW_CHECKBOX_1142"/>
                <w:id w:val="1142"/>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Not yet assessed. Explain differences between people, settings or activities.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must Project West staff do, observe, prevent or report? *</w:t>
            </w:r>
          </w:p>
          <w:p>
            <w:pPr>
              <w:spacing w:after="20"/>
            </w:pPr>
            <w:r>
              <w:rPr>
                <w:rFonts w:ascii="Arial" w:hAnsi="Arial"/>
                <w:b w:val="0"/>
                <w:i/>
                <w:color w:val="6E6662"/>
                <w:sz w:val="16"/>
              </w:rPr>
              <w:t>Include intervention thresholds, prohibited actions/topics, testing requirements, visit controls and escalation expectations.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11  HEALTH, DEVELOPMENT AND DAILY CARE</w:t>
      </w:r>
    </w:p>
    <w:tbl>
      <w:tblPr>
        <w:tblW w:type="dxa" w:w="10000"/>
        <w:jc w:val="left"/>
        <w:tblLayout w:type="fixed"/>
        <w:tblLook w:firstColumn="1" w:firstRow="1" w:lastColumn="0" w:lastRow="0" w:noHBand="0" w:noVBand="1" w:val="04A0"/>
        <w:tblInd w:w="120" w:type="dxa"/>
      </w:tblPr>
      <w:tblGrid>
        <w:gridCol w:w="1500"/>
        <w:gridCol w:w="2850"/>
        <w:gridCol w:w="3000"/>
        <w:gridCol w:w="2650"/>
      </w:tblGrid>
      <w:tr>
        <w:trPr>
          <w:tblHeader w:val="true"/>
        </w:trPr>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Person</w:t>
            </w:r>
          </w:p>
        </w:tc>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Diagnosis / disability / additional need</w:t>
            </w:r>
          </w:p>
        </w:tc>
        <w:tc>
          <w:tcPr>
            <w:tcW w:type="dxa" w:w="30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Medication / allergy / emergency action</w:t>
            </w:r>
          </w:p>
        </w:tc>
        <w:tc>
          <w:tcPr>
            <w:tcW w:type="dxa" w:w="2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Support or adjustment required</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Daily routines and practical care information relevant to the work</w:t>
            </w:r>
          </w:p>
          <w:p>
            <w:pPr>
              <w:spacing w:after="20"/>
            </w:pPr>
            <w:r>
              <w:rPr>
                <w:rFonts w:ascii="Arial" w:hAnsi="Arial"/>
                <w:b w:val="0"/>
                <w:i/>
                <w:color w:val="6E6662"/>
                <w:sz w:val="16"/>
              </w:rPr>
              <w:t>Include feeding, sleep, toileting, personal care, sensory needs and safe handling.</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12  PROFESSIONAL NETWORK AND CURRENT PLANS</w:t>
      </w:r>
    </w:p>
    <w:tbl>
      <w:tblPr>
        <w:tblW w:type="dxa" w:w="10000"/>
        <w:jc w:val="left"/>
        <w:tblLayout w:type="fixed"/>
        <w:tblLook w:firstColumn="1" w:firstRow="1" w:lastColumn="0" w:lastRow="0" w:noHBand="0" w:noVBand="1" w:val="04A0"/>
        <w:tblInd w:w="120" w:type="dxa"/>
      </w:tblPr>
      <w:tblGrid>
        <w:gridCol w:w="1900"/>
        <w:gridCol w:w="2100"/>
        <w:gridCol w:w="1400"/>
        <w:gridCol w:w="2700"/>
        <w:gridCol w:w="1900"/>
      </w:tblGrid>
      <w:tr>
        <w:trPr>
          <w:tblHeader w:val="true"/>
        </w:trPr>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Agency / professional</w:t>
            </w:r>
          </w:p>
        </w:tc>
        <w:tc>
          <w:tcPr>
            <w:tcW w:type="dxa" w:w="2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Name and role</w:t>
            </w:r>
          </w:p>
        </w:tc>
        <w:tc>
          <w:tcPr>
            <w:tcW w:type="dxa" w:w="1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Child/adult</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involvement</w:t>
            </w:r>
          </w:p>
        </w:tc>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Secure contact details</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Lead professional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organisation: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plan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3"/>
                <w:tag w:val="PW_CHECKBOX_1143"/>
                <w:id w:val="114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Help   </w:t>
            </w:r>
            <w:sdt>
              <w:sdtPr>
                <w:alias w:val="Checkbox 1144"/>
                <w:tag w:val="PW_CHECKBOX_1144"/>
                <w:id w:val="114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in Need   </w:t>
            </w:r>
            <w:sdt>
              <w:sdtPr>
                <w:alias w:val="Checkbox 1145"/>
                <w:tag w:val="PW_CHECKBOX_1145"/>
                <w:id w:val="114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w:t>
            </w:r>
            <w:sdt>
              <w:sdtPr>
                <w:alias w:val="Checkbox 1146"/>
                <w:tag w:val="PW_CHECKBOX_1146"/>
                <w:id w:val="114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Care plan   </w:t>
            </w:r>
            <w:sdt>
              <w:sdtPr>
                <w:alias w:val="Checkbox 1147"/>
                <w:tag w:val="PW_CHECKBOX_1147"/>
                <w:id w:val="114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Education/health plan   </w:t>
            </w:r>
            <w:sdt>
              <w:sdtPr>
                <w:alias w:val="Checkbox 1148"/>
                <w:tag w:val="PW_CHECKBOX_1148"/>
                <w:id w:val="114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 date and review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Next court hearing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Court / case number / date:</w:t>
            </w:r>
          </w:p>
        </w:tc>
      </w:tr>
    </w:tbl>
    <w:p>
      <w:r>
        <w:br w:type="page"/>
      </w:r>
    </w:p>
    <w:p>
      <w:pPr>
        <w:pStyle w:val="Heading1"/>
        <w:keepNext/>
        <w:shd w:fill="B45F45"/>
        <w:ind w:left="120" w:right="120"/>
      </w:pPr>
      <w:r>
        <w:rPr>
          <w:rFonts w:ascii="Arial" w:hAnsi="Arial"/>
          <w:b/>
          <w:i w:val="0"/>
          <w:color w:val="FFFFFF"/>
          <w:sz w:val="27"/>
        </w:rPr>
        <w:t>13  DOCUMENT CHECKLIST</w:t>
      </w:r>
    </w:p>
    <w:p>
      <w:pPr>
        <w:pStyle w:val="SmallNote"/>
        <w:keepNext/>
      </w:pPr>
      <w:r>
        <w:rPr>
          <w:rFonts w:ascii="Arial" w:hAnsi="Arial"/>
          <w:b w:val="0"/>
          <w:i/>
          <w:color w:val="6E6662"/>
          <w:sz w:val="17"/>
        </w:rPr>
        <w:t>Please provide only documents that are relevant and proportionate to the Family Support or Mentoring service requested. If a required document is unavailable, explain why and when it will be provided.</w:t>
      </w:r>
    </w:p>
    <w:p>
      <w:pPr>
        <w:pStyle w:val="CheckItem"/>
        <w:keepLines/>
      </w:pPr>
      <w:sdt>
        <w:sdtPr>
          <w:alias w:val="Checkbox 1149"/>
          <w:tag w:val="PW_CHECKBOX_1149"/>
          <w:id w:val="114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Written referral, letter of instruction or service request</w:t>
      </w:r>
    </w:p>
    <w:p>
      <w:pPr>
        <w:pStyle w:val="CheckItem"/>
        <w:keepLines/>
      </w:pPr>
      <w:sdt>
        <w:sdtPr>
          <w:alias w:val="Checkbox 1150"/>
          <w:tag w:val="PW_CHECKBOX_1150"/>
          <w:id w:val="11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Family Help, Child in Need, Child Protection or care plan</w:t>
      </w:r>
    </w:p>
    <w:p>
      <w:pPr>
        <w:pStyle w:val="CheckItem"/>
        <w:keepLines/>
      </w:pPr>
      <w:sdt>
        <w:sdtPr>
          <w:alias w:val="Checkbox 1151"/>
          <w:tag w:val="PW_CHECKBOX_1151"/>
          <w:id w:val="11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assessment and identified outcomes for the child and family</w:t>
      </w:r>
    </w:p>
    <w:p>
      <w:pPr>
        <w:pStyle w:val="CheckItem"/>
        <w:keepLines/>
      </w:pPr>
      <w:sdt>
        <w:sdtPr>
          <w:alias w:val="Checkbox 1152"/>
          <w:tag w:val="PW_CHECKBOX_1152"/>
          <w:id w:val="11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risk assessment and safety plan</w:t>
      </w:r>
    </w:p>
    <w:p>
      <w:pPr>
        <w:pStyle w:val="CheckItem"/>
        <w:keepLines/>
      </w:pPr>
      <w:sdt>
        <w:sdtPr>
          <w:alias w:val="Checkbox 1153"/>
          <w:tag w:val="PW_CHECKBOX_1153"/>
          <w:id w:val="115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court order or other legal document, where applicable</w:t>
      </w:r>
    </w:p>
    <w:p>
      <w:pPr>
        <w:pStyle w:val="CheckItem"/>
        <w:keepLines/>
      </w:pPr>
      <w:sdt>
        <w:sdtPr>
          <w:alias w:val="Checkbox 1154"/>
          <w:tag w:val="PW_CHECKBOX_1154"/>
          <w:id w:val="115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education information, including an EHCP or behaviour-support plan</w:t>
      </w:r>
    </w:p>
    <w:p>
      <w:pPr>
        <w:pStyle w:val="CheckItem"/>
        <w:keepLines/>
      </w:pPr>
      <w:sdt>
        <w:sdtPr>
          <w:alias w:val="Checkbox 1155"/>
          <w:tag w:val="PW_CHECKBOX_1155"/>
          <w:id w:val="115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medical, allergy, medication or emergency-care information</w:t>
      </w:r>
    </w:p>
    <w:p>
      <w:pPr>
        <w:pStyle w:val="CheckItem"/>
        <w:keepLines/>
      </w:pPr>
      <w:sdt>
        <w:sdtPr>
          <w:alias w:val="Checkbox 1156"/>
          <w:tag w:val="PW_CHECKBOX_1156"/>
          <w:id w:val="115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Communication, language or accessibility plan, where applicable</w:t>
      </w:r>
    </w:p>
    <w:p>
      <w:pPr>
        <w:pStyle w:val="CheckItem"/>
        <w:keepLines/>
      </w:pPr>
      <w:sdt>
        <w:sdtPr>
          <w:alias w:val="Checkbox 1157"/>
          <w:tag w:val="PW_CHECKBOX_1157"/>
          <w:id w:val="115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police, probation, MARAC or domestic-abuse information</w:t>
      </w:r>
    </w:p>
    <w:p>
      <w:pPr>
        <w:pStyle w:val="CheckItem"/>
        <w:keepLines/>
      </w:pPr>
      <w:sdt>
        <w:sdtPr>
          <w:alias w:val="Checkbox 1158"/>
          <w:tag w:val="PW_CHECKBOX_1158"/>
          <w:id w:val="115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Home-visit or lone-working information relevant to staff safety</w:t>
      </w:r>
    </w:p>
    <w:p>
      <w:pPr>
        <w:pStyle w:val="CheckItem"/>
        <w:keepLines/>
      </w:pPr>
      <w:sdt>
        <w:sdtPr>
          <w:alias w:val="Checkbox 1159"/>
          <w:tag w:val="PW_CHECKBOX_1159"/>
          <w:id w:val="115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relevant document: 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Missing documents and expected date of receipt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14  REPORTING, REVIEW AND INFORMATION SHARING</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Progress report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0"/>
                <w:tag w:val="PW_CHECKBOX_1160"/>
                <w:id w:val="116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61"/>
                <w:tag w:val="PW_CHECKBOX_1161"/>
                <w:id w:val="116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Progress reporting frequency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2"/>
                <w:tag w:val="PW_CHECKBOX_1162"/>
                <w:id w:val="116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Daily   </w:t>
            </w:r>
            <w:sdt>
              <w:sdtPr>
                <w:alias w:val="Checkbox 1163"/>
                <w:tag w:val="PW_CHECKBOX_1163"/>
                <w:id w:val="116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Weekly   </w:t>
            </w:r>
            <w:sdt>
              <w:sdtPr>
                <w:alias w:val="Checkbox 1164"/>
                <w:tag w:val="PW_CHECKBOX_1164"/>
                <w:id w:val="116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Fortnightly   </w:t>
            </w:r>
            <w:sdt>
              <w:sdtPr>
                <w:alias w:val="Checkbox 1165"/>
                <w:tag w:val="PW_CHECKBOX_1165"/>
                <w:id w:val="116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Monthly   </w:t>
            </w:r>
            <w:sdt>
              <w:sdtPr>
                <w:alias w:val="Checkbox 1166"/>
                <w:tag w:val="PW_CHECKBOX_1166"/>
                <w:id w:val="11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Reporting dates / deadlines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State when the first report is required and any agreed submission dates: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final report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7"/>
                <w:tag w:val="PW_CHECKBOX_1167"/>
                <w:id w:val="11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68"/>
                <w:tag w:val="PW_CHECKBOX_1168"/>
                <w:id w:val="11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Required by: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Final report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9"/>
                <w:tag w:val="PW_CHECKBOX_1169"/>
                <w:id w:val="11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Summary of work and progress   </w:t>
            </w:r>
            <w:sdt>
              <w:sdtPr>
                <w:alias w:val="Checkbox 1170"/>
                <w:tag w:val="PW_CHECKBOX_1170"/>
                <w:id w:val="11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Outcomes achieved   </w:t>
            </w:r>
            <w:sdt>
              <w:sdtPr>
                <w:alias w:val="Checkbox 1171"/>
                <w:tag w:val="PW_CHECKBOX_1171"/>
                <w:id w:val="11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Analysis   </w:t>
            </w:r>
            <w:sdt>
              <w:sdtPr>
                <w:alias w:val="Checkbox 1172"/>
                <w:tag w:val="PW_CHECKBOX_1172"/>
                <w:id w:val="11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Recommendations   </w:t>
            </w:r>
            <w:sdt>
              <w:sdtPr>
                <w:alias w:val="Checkbox 1173"/>
                <w:tag w:val="PW_CHECKBOX_1173"/>
                <w:id w:val="117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Questions the final report must address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 recipients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Project West normally sends reports to the referrer. In private law proceedings, both parties will be blind copied into the email when reports are shared. Referrer and verified party email addresses: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Review arrangements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Date / attendees / chair / information Project West must provide:</w:t>
            </w:r>
          </w:p>
        </w:tc>
      </w:tr>
    </w:tbl>
    <w:p>
      <w:pPr>
        <w:pStyle w:val="Heading1"/>
        <w:keepNext/>
        <w:shd w:fill="B45F45"/>
        <w:ind w:left="120" w:right="120"/>
      </w:pPr>
      <w:r>
        <w:rPr>
          <w:rFonts w:ascii="Arial" w:hAnsi="Arial"/>
          <w:b/>
          <w:i w:val="0"/>
          <w:color w:val="FFFFFF"/>
          <w:sz w:val="27"/>
        </w:rPr>
        <w:t>15  DECLARATION AND AUTHORITY TO REFER</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Please read before signing</w:t>
            </w:r>
          </w:p>
          <w:p>
            <w:pPr>
              <w:spacing w:after="0"/>
            </w:pPr>
            <w:r>
              <w:rPr>
                <w:rFonts w:ascii="Arial" w:hAnsi="Arial"/>
                <w:b w:val="0"/>
                <w:i w:val="0"/>
                <w:color w:val="302C2A"/>
                <w:sz w:val="17"/>
              </w:rPr>
              <w:t>I confirm that the information supplied is accurate and complete to the best of my knowledge. I have disclosed all information relevant to the safety of children, family members, Project West staff and others. I understand that Project West will use and share information lawfully and proportionately to assess suitability, safeguard people, deliver the instructed work, report progress, invoice and respond to safeguarding duties. I will promptly notify Project West of any change in risk, legal orders, plans, contact details or arrangements.</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Role / 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Authority to refer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4"/>
                <w:tag w:val="PW_CHECKBOX_1174"/>
                <w:id w:val="117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Local Authority instruction   </w:t>
            </w:r>
            <w:sdt>
              <w:sdtPr>
                <w:alias w:val="Checkbox 1175"/>
                <w:tag w:val="PW_CHECKBOX_1175"/>
                <w:id w:val="117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individual / self-funded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Signature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Consent, disagreement or limits on participation/information sharing</w:t>
            </w:r>
          </w:p>
          <w:p>
            <w:pPr>
              <w:spacing w:after="20"/>
            </w:pPr>
            <w:r>
              <w:rPr>
                <w:rFonts w:ascii="Arial" w:hAnsi="Arial"/>
                <w:b w:val="0"/>
                <w:i/>
                <w:color w:val="6E6662"/>
                <w:sz w:val="16"/>
              </w:rPr>
              <w:t>Record the family’s position. Consent is not required where another lawful basis applies, including necessary safeguarding information sharing.</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16  PROJECT WEST OFFICE USE ONLY</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received / received by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complete?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6"/>
                <w:tag w:val="PW_CHECKBOX_1176"/>
                <w:id w:val="117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77"/>
                <w:tag w:val="PW_CHECKBOX_1177"/>
                <w:id w:val="117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Missing information: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Safeguarding documents received?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8"/>
                <w:tag w:val="PW_CHECKBOX_1178"/>
                <w:id w:val="117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79"/>
                <w:tag w:val="PW_CHECKBOX_1179"/>
                <w:id w:val="117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Outstanding:</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Funding / purchase order confirmed?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0"/>
                <w:tag w:val="PW_CHECKBOX_1180"/>
                <w:id w:val="118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81"/>
                <w:tag w:val="PW_CHECKBOX_1181"/>
                <w:id w:val="118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Initial risk rating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2"/>
                <w:tag w:val="PW_CHECKBOX_1182"/>
                <w:id w:val="118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Low   </w:t>
            </w:r>
            <w:sdt>
              <w:sdtPr>
                <w:alias w:val="Checkbox 1183"/>
                <w:tag w:val="PW_CHECKBOX_1183"/>
                <w:id w:val="118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Medium   </w:t>
            </w:r>
            <w:sdt>
              <w:sdtPr>
                <w:alias w:val="Checkbox 1184"/>
                <w:tag w:val="PW_CHECKBOX_1184"/>
                <w:id w:val="118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High   </w:t>
            </w:r>
            <w:sdt>
              <w:sdtPr>
                <w:alias w:val="Checkbox 1185"/>
                <w:tag w:val="PW_CHECKBOX_1185"/>
                <w:id w:val="118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Further information required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Worker allocation /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Decision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6"/>
                <w:tag w:val="PW_CHECKBOX_1186"/>
                <w:id w:val="118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t>
            </w:r>
            <w:sdt>
              <w:sdtPr>
                <w:alias w:val="Checkbox 1187"/>
                <w:tag w:val="PW_CHECKBOX_1187"/>
                <w:id w:val="118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with conditions   </w:t>
            </w:r>
            <w:sdt>
              <w:sdtPr>
                <w:alias w:val="Checkbox 1188"/>
                <w:tag w:val="PW_CHECKBOX_1188"/>
                <w:id w:val="118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Deferred   </w:t>
            </w:r>
            <w:sdt>
              <w:sdtPr>
                <w:alias w:val="Checkbox 1189"/>
                <w:tag w:val="PW_CHECKBOX_1189"/>
                <w:id w:val="118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Declined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Manager/coordinator and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spacing w:before="160" w:after="40"/>
        <w:jc w:val="center"/>
      </w:pPr>
      <w:r>
        <w:rPr>
          <w:rFonts w:ascii="Arial" w:hAnsi="Arial"/>
          <w:b/>
          <w:i w:val="0"/>
          <w:color w:val="8E4634"/>
          <w:sz w:val="18"/>
        </w:rPr>
        <w:t>Return securely to: info@projectwest.co.uk</w:t>
      </w:r>
    </w:p>
    <w:p>
      <w:pPr>
        <w:jc w:val="center"/>
      </w:pPr>
      <w:r>
        <w:rPr>
          <w:rFonts w:ascii="Arial" w:hAnsi="Arial"/>
          <w:b w:val="0"/>
          <w:i w:val="0"/>
          <w:color w:val="6E6662"/>
          <w:sz w:val="15"/>
        </w:rPr>
        <w:t>Project West Assessment &amp; Contact Services | Version 2026.5</w:t>
      </w:r>
    </w:p>
    <w:sectPr w:rsidR="00FC693F" w:rsidRPr="0006063C" w:rsidSect="00034616">
      <w:headerReference w:type="default" r:id="rId9"/>
      <w:footerReference w:type="default" r:id="rId10"/>
      <w:pgSz w:w="11906" w:h="16838"/>
      <w:pgMar w:top="893" w:right="936" w:bottom="893" w:left="936"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662"/>
        <w:sz w:val="14"/>
      </w:rPr>
      <w:t xml:space="preserve">27 Sandringham Road, Northolt Village, UB5 5HN  |  020 8422 8184  |  info@projectwest.co.uk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B45F45"/>
        <w:sz w:val="15"/>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Arial" w:hAnsi="Arial"/>
      <w:color w:val="302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8E4634"/>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8E4634"/>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8E46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Arial" w:hAnsi="Arial"/>
      <w:color w:val="6E6662"/>
      <w:sz w:val="17"/>
    </w:rPr>
  </w:style>
  <w:style w:type="paragraph" w:customStyle="1" w:styleId="CheckItem">
    <w:name w:val="Check Item"/>
    <w:pPr>
      <w:spacing w:after="40" w:line="252" w:lineRule="auto"/>
      <w:ind w:left="173" w:hanging="173"/>
    </w:pPr>
    <w:rPr>
      <w:rFonts w:ascii="Arial" w:hAnsi="Arial"/>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Family Support Referral Form 2026</dc:title>
  <dc:subject>Referral, assessment, safeguarding and support-planning information</dc:subject>
  <dc:creator>Project West Assessment &amp; Contact Services</dc:creator>
  <cp:keywords>Family Support, referral, safeguarding, assessment, Project West</cp:keywords>
  <dc:description>generated by python-docx</dc:description>
  <cp:lastModifiedBy/>
  <cp:revision>1</cp:revision>
  <dcterms:created xsi:type="dcterms:W3CDTF">2013-12-23T23:15:00Z</dcterms:created>
  <dcterms:modified xsi:type="dcterms:W3CDTF">2013-12-23T23:15:00Z</dcterms:modified>
  <cp:category/>
</cp:coreProperties>
</file>